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E5AE" w14:textId="3CE5116A" w:rsidR="00780DDE" w:rsidRPr="00800229" w:rsidRDefault="00780DDE" w:rsidP="00E55181">
      <w:pPr>
        <w:rPr>
          <w:rFonts w:ascii="Arial" w:hAnsi="Arial" w:cs="Arial"/>
          <w:b/>
          <w:bCs/>
          <w:sz w:val="36"/>
          <w:szCs w:val="36"/>
          <w:lang w:val="sv-SE"/>
        </w:rPr>
      </w:pPr>
      <w:r w:rsidRPr="00800229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24EF8FF" wp14:editId="0AB33E0F">
            <wp:simplePos x="0" y="0"/>
            <wp:positionH relativeFrom="column">
              <wp:posOffset>4181475</wp:posOffset>
            </wp:positionH>
            <wp:positionV relativeFrom="paragraph">
              <wp:posOffset>-1124585</wp:posOffset>
            </wp:positionV>
            <wp:extent cx="1454785" cy="741045"/>
            <wp:effectExtent l="0" t="0" r="0" b="0"/>
            <wp:wrapNone/>
            <wp:docPr id="1" name="Bild 1" descr="Logotyp Mittuniversitet.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ogotyp Mittuniversite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0229">
        <w:rPr>
          <w:rFonts w:ascii="Arial" w:hAnsi="Arial" w:cs="Arial"/>
          <w:b/>
          <w:bCs/>
          <w:sz w:val="36"/>
          <w:szCs w:val="36"/>
          <w:lang w:val="sv-SE"/>
        </w:rPr>
        <w:t>Projektskiss</w:t>
      </w:r>
      <w:r w:rsidR="006D23E5">
        <w:rPr>
          <w:rFonts w:ascii="Arial" w:hAnsi="Arial" w:cs="Arial"/>
          <w:b/>
          <w:bCs/>
          <w:sz w:val="36"/>
          <w:szCs w:val="36"/>
          <w:lang w:val="sv-SE"/>
        </w:rPr>
        <w:t xml:space="preserve"> </w:t>
      </w:r>
      <w:r w:rsidR="00C41129">
        <w:rPr>
          <w:rFonts w:ascii="Arial" w:hAnsi="Arial" w:cs="Arial"/>
          <w:b/>
          <w:bCs/>
          <w:sz w:val="36"/>
          <w:szCs w:val="36"/>
          <w:lang w:val="sv-SE"/>
        </w:rPr>
        <w:t>Kommunsamverkan</w:t>
      </w:r>
    </w:p>
    <w:p w14:paraId="3DD0EA2D" w14:textId="1732A243" w:rsidR="00C52D39" w:rsidRPr="006D23E5" w:rsidRDefault="00B5267C" w:rsidP="006D23E5">
      <w:pPr>
        <w:spacing w:after="220" w:line="288" w:lineRule="auto"/>
        <w:rPr>
          <w:rFonts w:ascii="Palatino Linotype" w:hAnsi="Palatino Linotype"/>
          <w:color w:val="464646"/>
          <w:sz w:val="22"/>
          <w:lang w:val="sv-SE"/>
        </w:rPr>
      </w:pPr>
      <w:r>
        <w:rPr>
          <w:rFonts w:ascii="Palatino Linotype" w:hAnsi="Palatino Linotype"/>
          <w:color w:val="464646"/>
          <w:sz w:val="22"/>
          <w:lang w:val="sv-SE"/>
        </w:rPr>
        <w:br/>
      </w:r>
      <w:r w:rsidR="006D23E5" w:rsidRPr="006D23E5">
        <w:rPr>
          <w:rFonts w:ascii="Palatino Linotype" w:hAnsi="Palatino Linotype"/>
          <w:color w:val="464646"/>
          <w:sz w:val="22"/>
          <w:lang w:val="sv-SE"/>
        </w:rPr>
        <w:t>Denna projektskiss är ett första underlag för att beskriva och bedöma en projektidé inom forskningssamverkansavtalen med kommuner i Västernorrland/Nordanstig. Skissen används för att avgöra om projektidén ska utvecklas vidare till en fullständig ansökan.</w:t>
      </w:r>
      <w:r w:rsidR="00C41129">
        <w:rPr>
          <w:rFonts w:ascii="Palatino Linotype" w:hAnsi="Palatino Linotype"/>
          <w:color w:val="464646"/>
          <w:sz w:val="22"/>
          <w:lang w:val="sv-SE"/>
        </w:rPr>
        <w:br/>
      </w:r>
      <w:r w:rsidR="00C41129">
        <w:rPr>
          <w:rFonts w:ascii="Palatino Linotype" w:hAnsi="Palatino Linotype"/>
          <w:color w:val="464646"/>
          <w:sz w:val="22"/>
          <w:lang w:val="sv-SE"/>
        </w:rPr>
        <w:br/>
      </w:r>
      <w:r w:rsidR="00C41129" w:rsidRPr="00C52D39">
        <w:rPr>
          <w:rFonts w:ascii="Palatino Linotype" w:hAnsi="Palatino Linotype"/>
          <w:b/>
          <w:bCs/>
          <w:color w:val="464646"/>
          <w:sz w:val="22"/>
          <w:lang w:val="sv-SE"/>
        </w:rPr>
        <w:t xml:space="preserve">Projektskissen </w:t>
      </w:r>
      <w:r w:rsidR="00C52D39" w:rsidRPr="00C52D39">
        <w:rPr>
          <w:rFonts w:ascii="Palatino Linotype" w:hAnsi="Palatino Linotype"/>
          <w:b/>
          <w:bCs/>
          <w:color w:val="464646"/>
          <w:sz w:val="22"/>
          <w:lang w:val="sv-SE"/>
        </w:rPr>
        <w:t xml:space="preserve">skickas </w:t>
      </w:r>
      <w:r w:rsidR="00C41129" w:rsidRPr="00C52D39">
        <w:rPr>
          <w:rFonts w:ascii="Palatino Linotype" w:hAnsi="Palatino Linotype"/>
          <w:b/>
          <w:bCs/>
          <w:color w:val="464646"/>
          <w:sz w:val="22"/>
          <w:lang w:val="sv-SE"/>
        </w:rPr>
        <w:t xml:space="preserve">till båda processledarna vid </w:t>
      </w:r>
      <w:r w:rsidR="00C52D39" w:rsidRPr="00C52D39">
        <w:rPr>
          <w:rFonts w:ascii="Palatino Linotype" w:hAnsi="Palatino Linotype"/>
          <w:b/>
          <w:bCs/>
          <w:color w:val="464646"/>
          <w:sz w:val="22"/>
          <w:lang w:val="sv-SE"/>
        </w:rPr>
        <w:t>Grants and Innovation Office (GIO)</w:t>
      </w:r>
      <w:r w:rsidR="00C41129" w:rsidRPr="00C52D39">
        <w:rPr>
          <w:rFonts w:ascii="Palatino Linotype" w:hAnsi="Palatino Linotype"/>
          <w:b/>
          <w:bCs/>
          <w:color w:val="464646"/>
          <w:sz w:val="22"/>
          <w:lang w:val="sv-SE"/>
        </w:rPr>
        <w:t>:</w:t>
      </w:r>
      <w:r w:rsidR="00C41129">
        <w:rPr>
          <w:rFonts w:ascii="Palatino Linotype" w:hAnsi="Palatino Linotype"/>
          <w:color w:val="464646"/>
          <w:sz w:val="22"/>
          <w:lang w:val="sv-SE"/>
        </w:rPr>
        <w:t xml:space="preserve"> </w:t>
      </w:r>
      <w:r w:rsidR="00C41129">
        <w:rPr>
          <w:rFonts w:ascii="Palatino Linotype" w:hAnsi="Palatino Linotype"/>
          <w:color w:val="464646"/>
          <w:sz w:val="22"/>
          <w:lang w:val="sv-SE"/>
        </w:rPr>
        <w:br/>
      </w:r>
      <w:hyperlink r:id="rId10" w:history="1">
        <w:r w:rsidR="00C52D39" w:rsidRPr="00B417B8">
          <w:rPr>
            <w:rStyle w:val="Hyperlnk"/>
            <w:rFonts w:ascii="Palatino Linotype" w:hAnsi="Palatino Linotype"/>
            <w:sz w:val="22"/>
            <w:lang w:val="sv-SE"/>
          </w:rPr>
          <w:t>therese.eriksson@miun.se</w:t>
        </w:r>
      </w:hyperlink>
      <w:r w:rsidR="00C52D39">
        <w:rPr>
          <w:rFonts w:ascii="Palatino Linotype" w:hAnsi="Palatino Linotype"/>
          <w:color w:val="464646"/>
          <w:sz w:val="22"/>
          <w:lang w:val="sv-SE"/>
        </w:rPr>
        <w:t xml:space="preserve">, </w:t>
      </w:r>
      <w:hyperlink r:id="rId11" w:history="1">
        <w:r w:rsidR="00C52D39" w:rsidRPr="00B417B8">
          <w:rPr>
            <w:rStyle w:val="Hyperlnk"/>
            <w:rFonts w:ascii="Palatino Linotype" w:hAnsi="Palatino Linotype"/>
            <w:sz w:val="22"/>
            <w:lang w:val="sv-SE"/>
          </w:rPr>
          <w:t>asa.yderfalt@miun.se</w:t>
        </w:r>
      </w:hyperlink>
    </w:p>
    <w:p w14:paraId="5275891F" w14:textId="0D274359" w:rsidR="00E40D34" w:rsidRPr="00C52D39" w:rsidRDefault="00800229">
      <w:pPr>
        <w:pStyle w:val="Rubrik1"/>
        <w:rPr>
          <w:rFonts w:ascii="Palatino Linotype" w:hAnsi="Palatino Linotype"/>
          <w:color w:val="auto"/>
          <w:sz w:val="28"/>
          <w:lang w:val="sv-SE"/>
        </w:rPr>
      </w:pPr>
      <w:r w:rsidRPr="006D23E5">
        <w:rPr>
          <w:rFonts w:ascii="Palatino Linotype" w:hAnsi="Palatino Linotype"/>
          <w:color w:val="auto"/>
          <w:sz w:val="28"/>
          <w:lang w:val="sv-SE"/>
        </w:rPr>
        <w:br/>
      </w:r>
      <w:r w:rsidR="00D90A11" w:rsidRPr="00C52D39">
        <w:rPr>
          <w:rFonts w:ascii="Palatino Linotype" w:hAnsi="Palatino Linotype"/>
          <w:color w:val="auto"/>
          <w:sz w:val="28"/>
          <w:lang w:val="sv-SE"/>
        </w:rPr>
        <w:t>1. Grunduppgifter</w:t>
      </w:r>
    </w:p>
    <w:tbl>
      <w:tblPr>
        <w:tblStyle w:val="Tabellrutnt"/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E40D34" w:rsidRPr="00C41129" w14:paraId="4243AACB" w14:textId="77777777" w:rsidTr="009D5DF7">
        <w:trPr>
          <w:jc w:val="center"/>
        </w:trPr>
        <w:tc>
          <w:tcPr>
            <w:tcW w:w="5270" w:type="dxa"/>
            <w:shd w:val="clear" w:color="auto" w:fill="C6D9F1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9136DB" w14:textId="4981AE1D" w:rsidR="00E40D34" w:rsidRPr="00800229" w:rsidRDefault="00D90A11">
            <w:pPr>
              <w:spacing w:after="20"/>
              <w:rPr>
                <w:rFonts w:ascii="Palatino Linotype" w:hAnsi="Palatino Linotype"/>
                <w:sz w:val="22"/>
              </w:rPr>
            </w:pPr>
            <w:proofErr w:type="spellStart"/>
            <w:r w:rsidRPr="00800229">
              <w:rPr>
                <w:rFonts w:ascii="Palatino Linotype" w:hAnsi="Palatino Linotype"/>
                <w:b/>
                <w:sz w:val="22"/>
              </w:rPr>
              <w:t>Projekttitel</w:t>
            </w:r>
            <w:proofErr w:type="spellEnd"/>
          </w:p>
        </w:tc>
        <w:tc>
          <w:tcPr>
            <w:tcW w:w="5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F6FC31" w14:textId="6ABDB255" w:rsidR="00E40D34" w:rsidRPr="00C41129" w:rsidRDefault="00000000">
            <w:pPr>
              <w:spacing w:after="20"/>
              <w:rPr>
                <w:rFonts w:ascii="Palatino Linotype" w:hAnsi="Palatino Linotype"/>
                <w:sz w:val="22"/>
                <w:lang w:val="sv-SE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PROJEKTTITEL"/>
                <w:tag w:val="PROJEKTTITEL"/>
                <w:id w:val="1986871145"/>
                <w:text/>
              </w:sdtPr>
              <w:sdtContent>
                <w:r w:rsidR="009D5DF7" w:rsidRPr="009D5DF7">
                  <w:rPr>
                    <w:rFonts w:ascii="Palatino Linotype" w:hAnsi="Palatino Linotype"/>
                    <w:sz w:val="22"/>
                  </w:rPr>
                  <w:t>{{</w:t>
                </w:r>
                <w:proofErr w:type="spellStart"/>
                <w:r w:rsidR="009D5DF7" w:rsidRPr="009D5DF7">
                  <w:rPr>
                    <w:rFonts w:ascii="Palatino Linotype" w:hAnsi="Palatino Linotype"/>
                    <w:sz w:val="22"/>
                  </w:rPr>
                  <w:t>Maximalt</w:t>
                </w:r>
                <w:proofErr w:type="spellEnd"/>
                <w:r w:rsidR="009D5DF7" w:rsidRPr="009D5DF7">
                  <w:rPr>
                    <w:rFonts w:ascii="Palatino Linotype" w:hAnsi="Palatino Linotype"/>
                    <w:sz w:val="22"/>
                  </w:rPr>
                  <w:t xml:space="preserve"> 150 </w:t>
                </w:r>
                <w:proofErr w:type="spellStart"/>
                <w:r w:rsidR="009D5DF7" w:rsidRPr="009D5DF7">
                  <w:rPr>
                    <w:rFonts w:ascii="Palatino Linotype" w:hAnsi="Palatino Linotype"/>
                    <w:sz w:val="22"/>
                  </w:rPr>
                  <w:t>tecken</w:t>
                </w:r>
                <w:proofErr w:type="spellEnd"/>
                <w:r w:rsidR="009D5DF7" w:rsidRPr="009D5DF7">
                  <w:rPr>
                    <w:rFonts w:ascii="Palatino Linotype" w:hAnsi="Palatino Linotype"/>
                    <w:sz w:val="22"/>
                  </w:rPr>
                  <w:t xml:space="preserve"> ≈ 20 </w:t>
                </w:r>
                <w:proofErr w:type="spellStart"/>
                <w:r w:rsidR="009D5DF7" w:rsidRPr="009D5DF7">
                  <w:rPr>
                    <w:rFonts w:ascii="Palatino Linotype" w:hAnsi="Palatino Linotype"/>
                    <w:sz w:val="22"/>
                  </w:rPr>
                  <w:t>ord</w:t>
                </w:r>
                <w:proofErr w:type="spellEnd"/>
                <w:r w:rsidR="009D5DF7" w:rsidRPr="005B20CE">
                  <w:rPr>
                    <w:rFonts w:ascii="Palatino Linotype" w:hAnsi="Palatino Linotype"/>
                    <w:sz w:val="22"/>
                  </w:rPr>
                  <w:t>}</w:t>
                </w:r>
                <w:r w:rsidR="009D5DF7" w:rsidRPr="009D5DF7">
                  <w:rPr>
                    <w:rFonts w:ascii="Palatino Linotype" w:hAnsi="Palatino Linotype"/>
                    <w:sz w:val="22"/>
                  </w:rPr>
                  <w:t>}</w:t>
                </w:r>
              </w:sdtContent>
            </w:sdt>
          </w:p>
        </w:tc>
      </w:tr>
      <w:tr w:rsidR="00E40D34" w:rsidRPr="00800229" w14:paraId="6BB12796" w14:textId="77777777" w:rsidTr="009D5DF7">
        <w:trPr>
          <w:jc w:val="center"/>
        </w:trPr>
        <w:tc>
          <w:tcPr>
            <w:tcW w:w="5270" w:type="dxa"/>
            <w:shd w:val="clear" w:color="auto" w:fill="C6D9F1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97BB31" w14:textId="77777777" w:rsidR="00E40D34" w:rsidRPr="00800229" w:rsidRDefault="00D90A11">
            <w:pPr>
              <w:spacing w:after="20"/>
              <w:rPr>
                <w:rFonts w:ascii="Palatino Linotype" w:hAnsi="Palatino Linotype"/>
                <w:sz w:val="22"/>
              </w:rPr>
            </w:pPr>
            <w:r w:rsidRPr="00800229">
              <w:rPr>
                <w:rFonts w:ascii="Palatino Linotype" w:hAnsi="Palatino Linotype"/>
                <w:b/>
                <w:sz w:val="22"/>
              </w:rPr>
              <w:t>Projektledare vid Mittuniversitetet</w:t>
            </w:r>
          </w:p>
        </w:tc>
        <w:tc>
          <w:tcPr>
            <w:tcW w:w="5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1E52AE" w14:textId="77777777" w:rsidR="00E40D34" w:rsidRPr="00800229" w:rsidRDefault="00000000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PROJEKTLEDARE"/>
                <w:tag w:val="PROJEKTLEDARE"/>
                <w:id w:val="618121199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{{PROJEKTLEDARE}}</w:t>
                </w:r>
              </w:sdtContent>
            </w:sdt>
          </w:p>
        </w:tc>
      </w:tr>
      <w:tr w:rsidR="00E40D34" w:rsidRPr="006D23E5" w14:paraId="78577298" w14:textId="77777777" w:rsidTr="009D5DF7">
        <w:trPr>
          <w:jc w:val="center"/>
        </w:trPr>
        <w:tc>
          <w:tcPr>
            <w:tcW w:w="5270" w:type="dxa"/>
            <w:shd w:val="clear" w:color="auto" w:fill="C6D9F1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992B38" w14:textId="22918D16" w:rsidR="00E40D34" w:rsidRPr="00800229" w:rsidRDefault="006D23E5">
            <w:pPr>
              <w:spacing w:after="20"/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b/>
                <w:sz w:val="22"/>
              </w:rPr>
              <w:t>Projektansvarig</w:t>
            </w:r>
            <w:proofErr w:type="spellEnd"/>
            <w:r>
              <w:rPr>
                <w:rFonts w:ascii="Palatino Linotype" w:hAnsi="Palatino Linotype"/>
                <w:b/>
                <w:sz w:val="22"/>
              </w:rPr>
              <w:t xml:space="preserve"> vid </w:t>
            </w:r>
            <w:proofErr w:type="spellStart"/>
            <w:r>
              <w:rPr>
                <w:rFonts w:ascii="Palatino Linotype" w:hAnsi="Palatino Linotype"/>
                <w:b/>
                <w:sz w:val="22"/>
              </w:rPr>
              <w:t>Kommun</w:t>
            </w:r>
            <w:proofErr w:type="spellEnd"/>
            <w:r w:rsidR="00B5267C">
              <w:rPr>
                <w:rFonts w:ascii="Palatino Linotype" w:hAnsi="Palatino Linotype"/>
                <w:b/>
                <w:sz w:val="22"/>
              </w:rPr>
              <w:t>/er</w:t>
            </w:r>
          </w:p>
        </w:tc>
        <w:tc>
          <w:tcPr>
            <w:tcW w:w="5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80A972" w14:textId="47A7CA08" w:rsidR="00E40D34" w:rsidRPr="006D23E5" w:rsidRDefault="00000000" w:rsidP="7A437F46">
            <w:pPr>
              <w:spacing w:after="20"/>
              <w:rPr>
                <w:rFonts w:ascii="Palatino Linotype" w:hAnsi="Palatino Linotype"/>
                <w:sz w:val="22"/>
                <w:lang w:val="sv-SE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KOMMUNANSVARIG"/>
                <w:tag w:val="KOMMUNANSVARIG"/>
                <w:id w:val="708520292"/>
                <w:text/>
              </w:sdtPr>
              <w:sdtContent>
                <w:r w:rsidR="009D5DF7" w:rsidRPr="009D5DF7">
                  <w:rPr>
                    <w:rFonts w:ascii="Palatino Linotype" w:hAnsi="Palatino Linotype"/>
                    <w:sz w:val="22"/>
                  </w:rPr>
                  <w:t>{{PROJEKTANSVARIG}}</w:t>
                </w:r>
              </w:sdtContent>
            </w:sdt>
          </w:p>
        </w:tc>
      </w:tr>
      <w:tr w:rsidR="00E40D34" w:rsidRPr="00800229" w14:paraId="50CC16C9" w14:textId="77777777" w:rsidTr="009D5DF7">
        <w:trPr>
          <w:jc w:val="center"/>
        </w:trPr>
        <w:tc>
          <w:tcPr>
            <w:tcW w:w="5270" w:type="dxa"/>
            <w:shd w:val="clear" w:color="auto" w:fill="C6D9F1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A7ED03" w14:textId="77777777" w:rsidR="00E40D34" w:rsidRPr="00800229" w:rsidRDefault="00D90A11">
            <w:pPr>
              <w:spacing w:after="20"/>
              <w:rPr>
                <w:rFonts w:ascii="Palatino Linotype" w:hAnsi="Palatino Linotype"/>
                <w:sz w:val="22"/>
              </w:rPr>
            </w:pPr>
            <w:proofErr w:type="spellStart"/>
            <w:r w:rsidRPr="00800229">
              <w:rPr>
                <w:rFonts w:ascii="Palatino Linotype" w:hAnsi="Palatino Linotype"/>
                <w:b/>
                <w:sz w:val="22"/>
              </w:rPr>
              <w:t>Övriga</w:t>
            </w:r>
            <w:proofErr w:type="spellEnd"/>
            <w:r w:rsidRPr="00800229">
              <w:rPr>
                <w:rFonts w:ascii="Palatino Linotype" w:hAnsi="Palatino Linotype"/>
                <w:b/>
                <w:sz w:val="22"/>
              </w:rPr>
              <w:t xml:space="preserve"> </w:t>
            </w:r>
            <w:proofErr w:type="spellStart"/>
            <w:r w:rsidRPr="00800229">
              <w:rPr>
                <w:rFonts w:ascii="Palatino Linotype" w:hAnsi="Palatino Linotype"/>
                <w:b/>
                <w:sz w:val="22"/>
              </w:rPr>
              <w:t>deltagande</w:t>
            </w:r>
            <w:proofErr w:type="spellEnd"/>
            <w:r w:rsidRPr="00800229">
              <w:rPr>
                <w:rFonts w:ascii="Palatino Linotype" w:hAnsi="Palatino Linotype"/>
                <w:b/>
                <w:sz w:val="22"/>
              </w:rPr>
              <w:t xml:space="preserve"> parter</w:t>
            </w:r>
          </w:p>
        </w:tc>
        <w:tc>
          <w:tcPr>
            <w:tcW w:w="5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DC7FC6" w14:textId="281E81D7" w:rsidR="00E40D34" w:rsidRPr="00800229" w:rsidRDefault="00000000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PARTER"/>
                <w:tag w:val="PARTER"/>
                <w:id w:val="1008379206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{{PARTER}}</w:t>
                </w:r>
              </w:sdtContent>
            </w:sdt>
          </w:p>
        </w:tc>
      </w:tr>
      <w:tr w:rsidR="00E40D34" w:rsidRPr="00800229" w14:paraId="7B0CF94B" w14:textId="77777777" w:rsidTr="009D5DF7">
        <w:trPr>
          <w:jc w:val="center"/>
        </w:trPr>
        <w:tc>
          <w:tcPr>
            <w:tcW w:w="5270" w:type="dxa"/>
            <w:shd w:val="clear" w:color="auto" w:fill="C6D9F1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74F623" w14:textId="287B1DA2" w:rsidR="00E40D34" w:rsidRPr="00800229" w:rsidRDefault="009D7813">
            <w:pPr>
              <w:spacing w:after="20"/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b/>
                <w:sz w:val="22"/>
              </w:rPr>
              <w:t>P</w:t>
            </w:r>
            <w:r w:rsidR="00D90A11" w:rsidRPr="00800229">
              <w:rPr>
                <w:rFonts w:ascii="Palatino Linotype" w:hAnsi="Palatino Linotype"/>
                <w:b/>
                <w:sz w:val="22"/>
              </w:rPr>
              <w:t>rojektperiod</w:t>
            </w:r>
            <w:proofErr w:type="spellEnd"/>
          </w:p>
        </w:tc>
        <w:tc>
          <w:tcPr>
            <w:tcW w:w="5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C0017F" w14:textId="77777777" w:rsidR="00E40D34" w:rsidRPr="00800229" w:rsidRDefault="00000000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PROJEKTPERIOD"/>
                <w:tag w:val="PROJEKTPERIOD"/>
                <w:id w:val="2024148604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{{PROJEKTPERIOD}}</w:t>
                </w:r>
              </w:sdtContent>
            </w:sdt>
          </w:p>
        </w:tc>
      </w:tr>
      <w:tr w:rsidR="00E40D34" w:rsidRPr="00800229" w14:paraId="6D27CE3A" w14:textId="77777777" w:rsidTr="009D5DF7">
        <w:trPr>
          <w:jc w:val="center"/>
        </w:trPr>
        <w:tc>
          <w:tcPr>
            <w:tcW w:w="5270" w:type="dxa"/>
            <w:shd w:val="clear" w:color="auto" w:fill="C6D9F1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ABB5D9" w14:textId="3137F5CE" w:rsidR="00E40D34" w:rsidRPr="00800229" w:rsidRDefault="009D7813">
            <w:pPr>
              <w:spacing w:after="20"/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b/>
                <w:sz w:val="22"/>
              </w:rPr>
              <w:t>S</w:t>
            </w:r>
            <w:r w:rsidR="00D90A11" w:rsidRPr="00800229">
              <w:rPr>
                <w:rFonts w:ascii="Palatino Linotype" w:hAnsi="Palatino Linotype"/>
                <w:b/>
                <w:sz w:val="22"/>
              </w:rPr>
              <w:t>ökt</w:t>
            </w:r>
            <w:proofErr w:type="spellEnd"/>
            <w:r w:rsidR="00D90A11" w:rsidRPr="00800229">
              <w:rPr>
                <w:rFonts w:ascii="Palatino Linotype" w:hAnsi="Palatino Linotype"/>
                <w:b/>
                <w:sz w:val="22"/>
              </w:rPr>
              <w:t xml:space="preserve"> </w:t>
            </w:r>
            <w:proofErr w:type="spellStart"/>
            <w:r w:rsidR="00D90A11" w:rsidRPr="00800229">
              <w:rPr>
                <w:rFonts w:ascii="Palatino Linotype" w:hAnsi="Palatino Linotype"/>
                <w:b/>
                <w:sz w:val="22"/>
              </w:rPr>
              <w:t>belopp</w:t>
            </w:r>
            <w:proofErr w:type="spellEnd"/>
          </w:p>
        </w:tc>
        <w:tc>
          <w:tcPr>
            <w:tcW w:w="5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ECD61B" w14:textId="52C774E8" w:rsidR="00E40D34" w:rsidRPr="00800229" w:rsidRDefault="00000000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BELOPP"/>
                <w:tag w:val="BELOPP"/>
                <w:id w:val="1304997352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{{BELOPP</w:t>
                </w:r>
                <w:r w:rsidR="00B5267C">
                  <w:rPr>
                    <w:rFonts w:ascii="Palatino Linotype" w:hAnsi="Palatino Linotype"/>
                    <w:sz w:val="22"/>
                  </w:rPr>
                  <w:t>/SEK</w:t>
                </w:r>
                <w:r w:rsidR="00D90A11" w:rsidRPr="00800229">
                  <w:rPr>
                    <w:rFonts w:ascii="Palatino Linotype" w:hAnsi="Palatino Linotype"/>
                    <w:sz w:val="22"/>
                  </w:rPr>
                  <w:t>}}</w:t>
                </w:r>
              </w:sdtContent>
            </w:sdt>
          </w:p>
        </w:tc>
      </w:tr>
    </w:tbl>
    <w:p w14:paraId="18DA5B3B" w14:textId="77777777" w:rsidR="00FE0902" w:rsidRDefault="00FE0902">
      <w:pPr>
        <w:pStyle w:val="Rubrik1"/>
        <w:rPr>
          <w:rFonts w:ascii="Palatino Linotype" w:hAnsi="Palatino Linotype"/>
          <w:color w:val="auto"/>
          <w:sz w:val="28"/>
          <w:lang w:val="sv-SE"/>
        </w:rPr>
      </w:pPr>
    </w:p>
    <w:p w14:paraId="31005607" w14:textId="7DD709DF" w:rsidR="00E40D34" w:rsidRPr="00E73121" w:rsidRDefault="00FE0902">
      <w:pPr>
        <w:pStyle w:val="Rubrik1"/>
        <w:rPr>
          <w:rFonts w:ascii="Palatino Linotype" w:hAnsi="Palatino Linotype"/>
          <w:sz w:val="28"/>
          <w:lang w:val="sv-SE"/>
        </w:rPr>
      </w:pPr>
      <w:r>
        <w:rPr>
          <w:rFonts w:ascii="Palatino Linotype" w:hAnsi="Palatino Linotype"/>
          <w:color w:val="auto"/>
          <w:sz w:val="28"/>
          <w:lang w:val="sv-SE"/>
        </w:rPr>
        <w:t>2</w:t>
      </w:r>
      <w:r w:rsidR="00D90A11" w:rsidRPr="00E73121">
        <w:rPr>
          <w:rFonts w:ascii="Palatino Linotype" w:hAnsi="Palatino Linotype"/>
          <w:color w:val="auto"/>
          <w:sz w:val="28"/>
          <w:lang w:val="sv-SE"/>
        </w:rPr>
        <w:t xml:space="preserve">. </w:t>
      </w:r>
      <w:r w:rsidR="00B5267C">
        <w:rPr>
          <w:rFonts w:ascii="Palatino Linotype" w:hAnsi="Palatino Linotype"/>
          <w:color w:val="auto"/>
          <w:sz w:val="28"/>
          <w:lang w:val="sv-SE"/>
        </w:rPr>
        <w:t xml:space="preserve">Kort projektsammanfattning </w:t>
      </w:r>
      <w:r w:rsidR="00E73121" w:rsidRPr="00E73121">
        <w:rPr>
          <w:rFonts w:ascii="Palatino Linotype" w:hAnsi="Palatino Linotype"/>
          <w:color w:val="auto"/>
          <w:sz w:val="28"/>
          <w:lang w:val="sv-SE"/>
        </w:rPr>
        <w:br/>
      </w:r>
      <w:r w:rsidR="00C41129">
        <w:rPr>
          <w:rFonts w:ascii="Palatino Linotype" w:hAnsi="Palatino Linotype"/>
          <w:b w:val="0"/>
          <w:bCs w:val="0"/>
          <w:i/>
          <w:iCs/>
          <w:color w:val="auto"/>
          <w:sz w:val="22"/>
          <w:lang w:val="sv-SE"/>
        </w:rPr>
        <w:t>(</w:t>
      </w:r>
      <w:r w:rsidR="00E73121" w:rsidRPr="00E73121">
        <w:rPr>
          <w:rFonts w:ascii="Palatino Linotype" w:hAnsi="Palatino Linotype"/>
          <w:b w:val="0"/>
          <w:bCs w:val="0"/>
          <w:i/>
          <w:iCs/>
          <w:color w:val="auto"/>
          <w:sz w:val="22"/>
          <w:lang w:val="sv-SE"/>
        </w:rPr>
        <w:t>Maximalt 1500 tecken</w:t>
      </w:r>
      <w:r w:rsidR="00C41129">
        <w:rPr>
          <w:rFonts w:ascii="Palatino Linotype" w:hAnsi="Palatino Linotype"/>
          <w:b w:val="0"/>
          <w:bCs w:val="0"/>
          <w:i/>
          <w:iCs/>
          <w:color w:val="auto"/>
          <w:sz w:val="22"/>
          <w:lang w:val="sv-SE"/>
        </w:rPr>
        <w:t xml:space="preserve"> </w:t>
      </w:r>
      <w:r w:rsidR="00C41129" w:rsidRPr="00C41129">
        <w:rPr>
          <w:rFonts w:ascii="Palatino Linotype" w:hAnsi="Palatino Linotype"/>
          <w:b w:val="0"/>
          <w:bCs w:val="0"/>
          <w:i/>
          <w:iCs/>
          <w:color w:val="auto"/>
          <w:sz w:val="22"/>
          <w:lang w:val="sv-SE"/>
        </w:rPr>
        <w:t>≈ 1/3 A4-sida</w:t>
      </w:r>
      <w:r w:rsidR="00C41129">
        <w:rPr>
          <w:rFonts w:ascii="Palatino Linotype" w:hAnsi="Palatino Linotype"/>
          <w:b w:val="0"/>
          <w:bCs w:val="0"/>
          <w:i/>
          <w:iCs/>
          <w:color w:val="auto"/>
          <w:sz w:val="22"/>
          <w:lang w:val="sv-SE"/>
        </w:rPr>
        <w:t>).</w:t>
      </w:r>
    </w:p>
    <w:tbl>
      <w:tblPr>
        <w:tblStyle w:val="Tabellrutnt"/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10540"/>
      </w:tblGrid>
      <w:tr w:rsidR="00E40D34" w:rsidRPr="00B5267C" w14:paraId="787B8D55" w14:textId="77777777" w:rsidTr="006D23E5">
        <w:trPr>
          <w:jc w:val="center"/>
        </w:trPr>
        <w:tc>
          <w:tcPr>
            <w:tcW w:w="10540" w:type="dxa"/>
            <w:shd w:val="clear" w:color="auto" w:fill="F3F6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2F40E89" w14:textId="322FA2E1" w:rsidR="00E40D34" w:rsidRPr="00B5267C" w:rsidRDefault="00000000" w:rsidP="00FE0902">
            <w:pPr>
              <w:spacing w:after="20"/>
              <w:rPr>
                <w:rFonts w:ascii="Palatino Linotype" w:hAnsi="Palatino Linotype"/>
                <w:sz w:val="22"/>
                <w:lang w:val="sv-SE"/>
              </w:rPr>
            </w:pPr>
            <w:sdt>
              <w:sdtPr>
                <w:rPr>
                  <w:rFonts w:ascii="Palatino Linotype" w:hAnsi="Palatino Linotype"/>
                  <w:sz w:val="22"/>
                  <w:lang w:val="sv-SE"/>
                </w:rPr>
                <w:alias w:val="SAMMANFATTNING"/>
                <w:tag w:val="SAMMANFATTNING"/>
                <w:id w:val="1790249925"/>
                <w:text/>
              </w:sdtPr>
              <w:sdtContent>
                <w:r w:rsidR="006D23E5" w:rsidRPr="00B5267C">
                  <w:rPr>
                    <w:rFonts w:ascii="Palatino Linotype" w:hAnsi="Palatino Linotype"/>
                    <w:sz w:val="22"/>
                    <w:lang w:val="sv-SE"/>
                  </w:rPr>
                  <w:t>{{</w:t>
                </w:r>
                <w:r w:rsidR="00B5267C">
                  <w:rPr>
                    <w:rFonts w:ascii="Palatino Linotype" w:hAnsi="Palatino Linotype"/>
                    <w:sz w:val="22"/>
                    <w:lang w:val="sv-SE"/>
                  </w:rPr>
                  <w:t>Kort projektsammanfattning</w:t>
                </w:r>
                <w:r w:rsidR="006D23E5" w:rsidRPr="00B5267C">
                  <w:rPr>
                    <w:rFonts w:ascii="Palatino Linotype" w:hAnsi="Palatino Linotype"/>
                    <w:sz w:val="22"/>
                    <w:lang w:val="sv-SE"/>
                  </w:rPr>
                  <w:t>}}</w:t>
                </w:r>
              </w:sdtContent>
            </w:sdt>
            <w:r w:rsidR="00D90A11" w:rsidRPr="00B5267C">
              <w:rPr>
                <w:rFonts w:ascii="Palatino Linotype" w:hAnsi="Palatino Linotype"/>
                <w:sz w:val="22"/>
                <w:lang w:val="sv-SE"/>
              </w:rPr>
              <w:t xml:space="preserve"> </w:t>
            </w:r>
          </w:p>
        </w:tc>
      </w:tr>
    </w:tbl>
    <w:p w14:paraId="330AD7C1" w14:textId="507817CE" w:rsidR="00E40D34" w:rsidRPr="00B5267C" w:rsidRDefault="00B5267C" w:rsidP="00E73121">
      <w:pPr>
        <w:rPr>
          <w:rFonts w:ascii="Palatino Linotype" w:hAnsi="Palatino Linotype"/>
          <w:b/>
          <w:bCs/>
          <w:sz w:val="22"/>
          <w:lang w:val="sv-SE"/>
        </w:rPr>
      </w:pPr>
      <w:r>
        <w:rPr>
          <w:rFonts w:ascii="Palatino Linotype" w:hAnsi="Palatino Linotype"/>
          <w:b/>
          <w:bCs/>
          <w:sz w:val="28"/>
        </w:rPr>
        <w:br/>
      </w:r>
      <w:r w:rsidR="00FE0902">
        <w:rPr>
          <w:rFonts w:ascii="Palatino Linotype" w:hAnsi="Palatino Linotype"/>
          <w:b/>
          <w:bCs/>
          <w:sz w:val="28"/>
          <w:lang w:val="sv-SE"/>
        </w:rPr>
        <w:t>3</w:t>
      </w:r>
      <w:r w:rsidR="00D90A11" w:rsidRPr="00B5267C">
        <w:rPr>
          <w:rFonts w:ascii="Palatino Linotype" w:hAnsi="Palatino Linotype"/>
          <w:b/>
          <w:bCs/>
          <w:sz w:val="28"/>
          <w:lang w:val="sv-SE"/>
        </w:rPr>
        <w:t xml:space="preserve">. </w:t>
      </w:r>
      <w:r w:rsidR="00E73121" w:rsidRPr="00B5267C">
        <w:rPr>
          <w:rFonts w:ascii="Palatino Linotype" w:hAnsi="Palatino Linotype"/>
          <w:b/>
          <w:bCs/>
          <w:sz w:val="28"/>
          <w:lang w:val="sv-SE"/>
        </w:rPr>
        <w:t>P</w:t>
      </w:r>
      <w:r w:rsidRPr="00B5267C">
        <w:rPr>
          <w:rFonts w:ascii="Palatino Linotype" w:hAnsi="Palatino Linotype"/>
          <w:b/>
          <w:bCs/>
          <w:sz w:val="28"/>
          <w:lang w:val="sv-SE"/>
        </w:rPr>
        <w:t>rojektidé och relevans</w:t>
      </w:r>
    </w:p>
    <w:p w14:paraId="5D931D8E" w14:textId="3572C488" w:rsidR="00B5267C" w:rsidRPr="00B5267C" w:rsidRDefault="00B5267C" w:rsidP="00B5267C">
      <w:pPr>
        <w:rPr>
          <w:rFonts w:ascii="Palatino Linotype" w:hAnsi="Palatino Linotype"/>
          <w:i/>
          <w:color w:val="5A5A5A"/>
          <w:sz w:val="22"/>
          <w:lang w:val="sv-SE"/>
        </w:rPr>
      </w:pPr>
      <w:r w:rsidRPr="00B5267C">
        <w:rPr>
          <w:rFonts w:ascii="Palatino Linotype" w:hAnsi="Palatino Linotype"/>
          <w:i/>
          <w:color w:val="5A5A5A"/>
          <w:sz w:val="22"/>
          <w:lang w:val="sv-SE"/>
        </w:rPr>
        <w:t>Bakgrund, behov och forskningsanknytning</w:t>
      </w:r>
      <w:r>
        <w:rPr>
          <w:rFonts w:ascii="Palatino Linotype" w:hAnsi="Palatino Linotype"/>
          <w:i/>
          <w:color w:val="5A5A5A"/>
          <w:sz w:val="22"/>
          <w:lang w:val="sv-SE"/>
        </w:rPr>
        <w:t xml:space="preserve"> - 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>Beskriv den samhällsutmaning eller det behov som projektet adresserar, projektets mål och syfte samt relevant kunskaps- och forskningsbakgrund.</w:t>
      </w:r>
      <w:r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="00C41129"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(Max 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4</w:t>
      </w:r>
      <w:r w:rsidR="00C41129"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 000 tecken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="00C41129" w:rsidRPr="00FE0902">
        <w:rPr>
          <w:rFonts w:ascii="Palatino Linotype" w:hAnsi="Palatino Linotype"/>
          <w:i/>
          <w:color w:val="5A5A5A"/>
          <w:sz w:val="22"/>
          <w:lang w:val="sv-SE"/>
        </w:rPr>
        <w:t>≈ 1 A4-sida</w:t>
      </w:r>
      <w:r w:rsidR="00C41129" w:rsidRPr="00B5267C">
        <w:rPr>
          <w:rFonts w:ascii="Palatino Linotype" w:hAnsi="Palatino Linotype"/>
          <w:i/>
          <w:color w:val="5A5A5A"/>
          <w:sz w:val="22"/>
          <w:lang w:val="sv-SE"/>
        </w:rPr>
        <w:t>)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.</w:t>
      </w:r>
    </w:p>
    <w:tbl>
      <w:tblPr>
        <w:tblStyle w:val="Tabellrutnt"/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10540"/>
      </w:tblGrid>
      <w:tr w:rsidR="00E40D34" w:rsidRPr="00800229" w14:paraId="2409BB52" w14:textId="77777777" w:rsidTr="00FE0902">
        <w:trPr>
          <w:jc w:val="center"/>
        </w:trPr>
        <w:tc>
          <w:tcPr>
            <w:tcW w:w="10540" w:type="dxa"/>
            <w:shd w:val="clear" w:color="auto" w:fill="F3F6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0876B09" w14:textId="79956877" w:rsidR="00E40D34" w:rsidRPr="00800229" w:rsidRDefault="00000000" w:rsidP="00FE0902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BAKGRUND"/>
                <w:tag w:val="BAKGRUND"/>
                <w:id w:val="984147643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</w:t>
                </w:r>
                <w:proofErr w:type="spellStart"/>
                <w:r w:rsidR="00B5267C">
                  <w:rPr>
                    <w:rFonts w:ascii="Palatino Linotype" w:hAnsi="Palatino Linotype"/>
                    <w:sz w:val="22"/>
                  </w:rPr>
                  <w:t>Projektidé</w:t>
                </w:r>
                <w:proofErr w:type="spellEnd"/>
                <w:r w:rsidR="00B5267C">
                  <w:rPr>
                    <w:rFonts w:ascii="Palatino Linotype" w:hAnsi="Palatino Linotype"/>
                    <w:sz w:val="22"/>
                  </w:rPr>
                  <w:t xml:space="preserve"> och </w:t>
                </w:r>
                <w:proofErr w:type="spellStart"/>
                <w:r w:rsidR="00B5267C">
                  <w:rPr>
                    <w:rFonts w:ascii="Palatino Linotype" w:hAnsi="Palatino Linotype"/>
                    <w:sz w:val="22"/>
                  </w:rPr>
                  <w:t>relevans</w:t>
                </w:r>
                <w:proofErr w:type="spellEnd"/>
                <w:r w:rsidR="00D90A11" w:rsidRPr="00800229">
                  <w:rPr>
                    <w:rFonts w:ascii="Palatino Linotype" w:hAnsi="Palatino Linotype"/>
                    <w:sz w:val="22"/>
                  </w:rPr>
                  <w:t>}}</w:t>
                </w:r>
              </w:sdtContent>
            </w:sdt>
            <w:r w:rsidR="00D90A11" w:rsidRPr="00800229">
              <w:rPr>
                <w:rFonts w:ascii="Palatino Linotype" w:hAnsi="Palatino Linotype"/>
                <w:sz w:val="22"/>
              </w:rPr>
              <w:t xml:space="preserve"> </w:t>
            </w:r>
          </w:p>
        </w:tc>
      </w:tr>
    </w:tbl>
    <w:p w14:paraId="72C444CA" w14:textId="72D753D0" w:rsidR="00E40D34" w:rsidRPr="00800229" w:rsidRDefault="00FE0902">
      <w:pPr>
        <w:pStyle w:val="Rubrik1"/>
        <w:rPr>
          <w:rFonts w:ascii="Palatino Linotype" w:hAnsi="Palatino Linotype"/>
          <w:color w:val="auto"/>
          <w:sz w:val="28"/>
        </w:rPr>
      </w:pPr>
      <w:r w:rsidRPr="006D23E5">
        <w:rPr>
          <w:rFonts w:ascii="Palatino Linotype" w:hAnsi="Palatino Linotype"/>
          <w:color w:val="auto"/>
          <w:sz w:val="28"/>
          <w:lang w:val="sv-SE"/>
        </w:rPr>
        <w:br/>
      </w:r>
      <w:r>
        <w:rPr>
          <w:rFonts w:ascii="Palatino Linotype" w:hAnsi="Palatino Linotype"/>
          <w:color w:val="auto"/>
          <w:sz w:val="28"/>
        </w:rPr>
        <w:t>4</w:t>
      </w:r>
      <w:r w:rsidR="00D90A11" w:rsidRPr="00800229">
        <w:rPr>
          <w:rFonts w:ascii="Palatino Linotype" w:hAnsi="Palatino Linotype"/>
          <w:color w:val="auto"/>
          <w:sz w:val="28"/>
        </w:rPr>
        <w:t xml:space="preserve">. </w:t>
      </w:r>
      <w:proofErr w:type="spellStart"/>
      <w:r w:rsidR="00B5267C">
        <w:rPr>
          <w:rFonts w:ascii="Palatino Linotype" w:hAnsi="Palatino Linotype"/>
          <w:color w:val="auto"/>
          <w:sz w:val="28"/>
        </w:rPr>
        <w:t>Genomförande</w:t>
      </w:r>
      <w:proofErr w:type="spellEnd"/>
      <w:r w:rsidR="00B5267C">
        <w:rPr>
          <w:rFonts w:ascii="Palatino Linotype" w:hAnsi="Palatino Linotype"/>
          <w:color w:val="auto"/>
          <w:sz w:val="28"/>
        </w:rPr>
        <w:t xml:space="preserve"> och </w:t>
      </w:r>
      <w:proofErr w:type="spellStart"/>
      <w:r w:rsidR="00B5267C">
        <w:rPr>
          <w:rFonts w:ascii="Palatino Linotype" w:hAnsi="Palatino Linotype"/>
          <w:color w:val="auto"/>
          <w:sz w:val="28"/>
        </w:rPr>
        <w:t>samverkan</w:t>
      </w:r>
      <w:proofErr w:type="spellEnd"/>
    </w:p>
    <w:p w14:paraId="30C66767" w14:textId="7C2DDF58" w:rsidR="00B5267C" w:rsidRPr="00B5267C" w:rsidRDefault="00B5267C" w:rsidP="00B5267C">
      <w:pPr>
        <w:rPr>
          <w:rFonts w:ascii="Palatino Linotype" w:hAnsi="Palatino Linotype"/>
          <w:i/>
          <w:color w:val="5A5A5A"/>
          <w:sz w:val="22"/>
          <w:lang w:val="sv-SE"/>
        </w:rPr>
      </w:pPr>
      <w:r w:rsidRPr="00B5267C">
        <w:rPr>
          <w:rFonts w:ascii="Palatino Linotype" w:hAnsi="Palatino Linotype"/>
          <w:i/>
          <w:color w:val="5A5A5A"/>
          <w:sz w:val="22"/>
          <w:lang w:val="sv-SE"/>
        </w:rPr>
        <w:t>Projektupplägg, metod och samverkansmodell</w:t>
      </w:r>
      <w:r>
        <w:rPr>
          <w:rFonts w:ascii="Palatino Linotype" w:hAnsi="Palatino Linotype"/>
          <w:i/>
          <w:color w:val="5A5A5A"/>
          <w:sz w:val="22"/>
          <w:lang w:val="sv-SE"/>
        </w:rPr>
        <w:t xml:space="preserve"> - 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>Beskriv planerat genomförande, metodik, ansvarsfördelning mellan parterna, projektgruppens kompetens samt planer för vetenskaplig publicering eller fortsatt forskning.</w:t>
      </w:r>
      <w:r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="00C41129"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(Max 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4</w:t>
      </w:r>
      <w:r w:rsidR="00C41129"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 000 tecken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="00C41129" w:rsidRPr="00FE0902">
        <w:rPr>
          <w:rFonts w:ascii="Palatino Linotype" w:hAnsi="Palatino Linotype"/>
          <w:i/>
          <w:color w:val="5A5A5A"/>
          <w:sz w:val="22"/>
          <w:lang w:val="sv-SE"/>
        </w:rPr>
        <w:t>≈ 1 A4-sida</w:t>
      </w:r>
      <w:r w:rsidR="00C41129" w:rsidRPr="00B5267C">
        <w:rPr>
          <w:rFonts w:ascii="Palatino Linotype" w:hAnsi="Palatino Linotype"/>
          <w:i/>
          <w:color w:val="5A5A5A"/>
          <w:sz w:val="22"/>
          <w:lang w:val="sv-SE"/>
        </w:rPr>
        <w:t>)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.</w:t>
      </w:r>
    </w:p>
    <w:tbl>
      <w:tblPr>
        <w:tblStyle w:val="Tabellrutnt"/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10540"/>
      </w:tblGrid>
      <w:tr w:rsidR="00E40D34" w:rsidRPr="00800229" w14:paraId="64B89562" w14:textId="77777777" w:rsidTr="00FE0902">
        <w:trPr>
          <w:jc w:val="center"/>
        </w:trPr>
        <w:tc>
          <w:tcPr>
            <w:tcW w:w="10540" w:type="dxa"/>
            <w:shd w:val="clear" w:color="auto" w:fill="F3F6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25CE300" w14:textId="3A200ACC" w:rsidR="00E40D34" w:rsidRPr="00800229" w:rsidRDefault="00000000" w:rsidP="00FE0902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FORSKNINGSFALT"/>
                <w:tag w:val="FORSKNINGSFALT"/>
                <w:id w:val="1706318519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</w:t>
                </w:r>
                <w:proofErr w:type="spellStart"/>
                <w:r w:rsidR="00B5267C">
                  <w:rPr>
                    <w:rFonts w:ascii="Palatino Linotype" w:hAnsi="Palatino Linotype"/>
                    <w:sz w:val="22"/>
                  </w:rPr>
                  <w:t>Genomförande</w:t>
                </w:r>
                <w:proofErr w:type="spellEnd"/>
                <w:r w:rsidR="00B5267C">
                  <w:rPr>
                    <w:rFonts w:ascii="Palatino Linotype" w:hAnsi="Palatino Linotype"/>
                    <w:sz w:val="22"/>
                  </w:rPr>
                  <w:t xml:space="preserve"> och </w:t>
                </w:r>
                <w:proofErr w:type="spellStart"/>
                <w:r w:rsidR="00B5267C">
                  <w:rPr>
                    <w:rFonts w:ascii="Palatino Linotype" w:hAnsi="Palatino Linotype"/>
                    <w:sz w:val="22"/>
                  </w:rPr>
                  <w:t>samverkan</w:t>
                </w:r>
                <w:proofErr w:type="spellEnd"/>
                <w:r w:rsidR="00D90A11" w:rsidRPr="00800229">
                  <w:rPr>
                    <w:rFonts w:ascii="Palatino Linotype" w:hAnsi="Palatino Linotype"/>
                    <w:sz w:val="22"/>
                  </w:rPr>
                  <w:t>}}</w:t>
                </w:r>
              </w:sdtContent>
            </w:sdt>
          </w:p>
        </w:tc>
      </w:tr>
    </w:tbl>
    <w:p w14:paraId="01C166D3" w14:textId="15C17F7A" w:rsidR="00E40D34" w:rsidRPr="00FE0902" w:rsidRDefault="00FE0902" w:rsidP="00FE0902">
      <w:pPr>
        <w:pStyle w:val="Rubrik1"/>
        <w:rPr>
          <w:rFonts w:ascii="Palatino Linotype" w:hAnsi="Palatino Linotype"/>
          <w:color w:val="auto"/>
          <w:sz w:val="28"/>
          <w:lang w:val="sv-SE"/>
        </w:rPr>
      </w:pPr>
      <w:r w:rsidRPr="006D23E5">
        <w:rPr>
          <w:rFonts w:ascii="Palatino Linotype" w:hAnsi="Palatino Linotype"/>
          <w:color w:val="auto"/>
          <w:sz w:val="28"/>
          <w:lang w:val="sv-SE"/>
        </w:rPr>
        <w:br/>
      </w:r>
      <w:r w:rsidRPr="00FE0902">
        <w:rPr>
          <w:rFonts w:ascii="Palatino Linotype" w:hAnsi="Palatino Linotype"/>
          <w:color w:val="auto"/>
          <w:sz w:val="28"/>
          <w:lang w:val="sv-SE"/>
        </w:rPr>
        <w:t>5</w:t>
      </w:r>
      <w:r w:rsidR="00D90A11" w:rsidRPr="00FE0902">
        <w:rPr>
          <w:rFonts w:ascii="Palatino Linotype" w:hAnsi="Palatino Linotype"/>
          <w:color w:val="auto"/>
          <w:sz w:val="28"/>
          <w:lang w:val="sv-SE"/>
        </w:rPr>
        <w:t xml:space="preserve">. </w:t>
      </w:r>
      <w:r w:rsidR="00B5267C" w:rsidRPr="00FE0902">
        <w:rPr>
          <w:rFonts w:ascii="Palatino Linotype" w:hAnsi="Palatino Linotype"/>
          <w:color w:val="auto"/>
          <w:sz w:val="28"/>
          <w:lang w:val="sv-SE"/>
        </w:rPr>
        <w:t>Nytta och effekter</w:t>
      </w:r>
    </w:p>
    <w:p w14:paraId="6DD00E54" w14:textId="6D545CA6" w:rsidR="00B5267C" w:rsidRPr="00B5267C" w:rsidRDefault="00B5267C" w:rsidP="00B5267C">
      <w:pPr>
        <w:rPr>
          <w:rFonts w:ascii="Palatino Linotype" w:hAnsi="Palatino Linotype"/>
          <w:i/>
          <w:color w:val="5A5A5A"/>
          <w:sz w:val="22"/>
          <w:lang w:val="sv-SE"/>
        </w:rPr>
      </w:pPr>
      <w:r w:rsidRPr="00B5267C">
        <w:rPr>
          <w:rFonts w:ascii="Palatino Linotype" w:hAnsi="Palatino Linotype"/>
          <w:i/>
          <w:color w:val="5A5A5A"/>
          <w:sz w:val="22"/>
          <w:lang w:val="sv-SE"/>
        </w:rPr>
        <w:t>Förväntade effekter, nyttiggörande och kommunikation</w:t>
      </w:r>
      <w:r>
        <w:rPr>
          <w:rFonts w:ascii="Palatino Linotype" w:hAnsi="Palatino Linotype"/>
          <w:i/>
          <w:color w:val="5A5A5A"/>
          <w:sz w:val="22"/>
          <w:lang w:val="sv-SE"/>
        </w:rPr>
        <w:t xml:space="preserve"> - 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Beskriv projektets nytta för 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 xml:space="preserve">deltagande 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>kommun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/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>e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r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>, universitetet och andra relevanta aktörer samt hur resultat ska spridas, användas och kommuniceras.</w:t>
      </w:r>
      <w:r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(Max </w:t>
      </w:r>
      <w:r w:rsidR="00FE0902">
        <w:rPr>
          <w:rFonts w:ascii="Palatino Linotype" w:hAnsi="Palatino Linotype"/>
          <w:i/>
          <w:color w:val="5A5A5A"/>
          <w:sz w:val="22"/>
          <w:lang w:val="sv-SE"/>
        </w:rPr>
        <w:t>4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 000 tecken</w:t>
      </w:r>
      <w:r w:rsidR="00FE0902"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="00FE0902" w:rsidRPr="00FE0902">
        <w:rPr>
          <w:rFonts w:ascii="Palatino Linotype" w:hAnsi="Palatino Linotype"/>
          <w:i/>
          <w:color w:val="5A5A5A"/>
          <w:sz w:val="22"/>
          <w:lang w:val="sv-SE"/>
        </w:rPr>
        <w:t>≈ 1 A4-sida</w:t>
      </w:r>
      <w:r w:rsidRPr="00B5267C">
        <w:rPr>
          <w:rFonts w:ascii="Palatino Linotype" w:hAnsi="Palatino Linotype"/>
          <w:i/>
          <w:color w:val="5A5A5A"/>
          <w:sz w:val="22"/>
          <w:lang w:val="sv-SE"/>
        </w:rPr>
        <w:t>)</w:t>
      </w:r>
      <w:r>
        <w:rPr>
          <w:rFonts w:ascii="Palatino Linotype" w:hAnsi="Palatino Linotype"/>
          <w:i/>
          <w:color w:val="5A5A5A"/>
          <w:sz w:val="22"/>
          <w:lang w:val="sv-SE"/>
        </w:rPr>
        <w:t>.</w:t>
      </w:r>
    </w:p>
    <w:tbl>
      <w:tblPr>
        <w:tblStyle w:val="Tabellrutnt"/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10540"/>
      </w:tblGrid>
      <w:tr w:rsidR="00E40D34" w:rsidRPr="00800229" w14:paraId="1FF6B28D" w14:textId="77777777" w:rsidTr="00B5267C">
        <w:trPr>
          <w:jc w:val="center"/>
        </w:trPr>
        <w:tc>
          <w:tcPr>
            <w:tcW w:w="10540" w:type="dxa"/>
            <w:shd w:val="clear" w:color="auto" w:fill="F3F6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895D3B7" w14:textId="44304A3F" w:rsidR="00E40D34" w:rsidRPr="00800229" w:rsidRDefault="00000000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SYFTE_MAL_RESULTAT"/>
                <w:tag w:val="SYFTE_MAL_RESULTAT"/>
                <w:id w:val="1345113829"/>
                <w:text/>
              </w:sdtPr>
              <w:sdtContent>
                <w:r w:rsidR="00D90A11" w:rsidRPr="00800229">
                  <w:rPr>
                    <w:rFonts w:ascii="Palatino Linotype" w:hAnsi="Palatino Linotype"/>
                    <w:sz w:val="22"/>
                  </w:rPr>
                  <w:t>{{</w:t>
                </w:r>
                <w:proofErr w:type="spellStart"/>
                <w:r w:rsidR="00B5267C">
                  <w:rPr>
                    <w:rFonts w:ascii="Palatino Linotype" w:hAnsi="Palatino Linotype"/>
                    <w:sz w:val="22"/>
                  </w:rPr>
                  <w:t>Nytta</w:t>
                </w:r>
                <w:proofErr w:type="spellEnd"/>
                <w:r w:rsidR="00B5267C">
                  <w:rPr>
                    <w:rFonts w:ascii="Palatino Linotype" w:hAnsi="Palatino Linotype"/>
                    <w:sz w:val="22"/>
                  </w:rPr>
                  <w:t xml:space="preserve"> och </w:t>
                </w:r>
                <w:proofErr w:type="spellStart"/>
                <w:r w:rsidR="00B5267C">
                  <w:rPr>
                    <w:rFonts w:ascii="Palatino Linotype" w:hAnsi="Palatino Linotype"/>
                    <w:sz w:val="22"/>
                  </w:rPr>
                  <w:t>effekter</w:t>
                </w:r>
                <w:proofErr w:type="spellEnd"/>
                <w:r w:rsidR="00D90A11" w:rsidRPr="00800229">
                  <w:rPr>
                    <w:rFonts w:ascii="Palatino Linotype" w:hAnsi="Palatino Linotype"/>
                    <w:sz w:val="22"/>
                  </w:rPr>
                  <w:t>}}</w:t>
                </w:r>
              </w:sdtContent>
            </w:sdt>
            <w:r w:rsidR="00D90A11" w:rsidRPr="00800229">
              <w:rPr>
                <w:rFonts w:ascii="Palatino Linotype" w:hAnsi="Palatino Linotype"/>
                <w:sz w:val="22"/>
              </w:rPr>
              <w:t xml:space="preserve"> </w:t>
            </w:r>
          </w:p>
        </w:tc>
      </w:tr>
    </w:tbl>
    <w:p w14:paraId="72E7F5CF" w14:textId="0B9D28FC" w:rsidR="00FE0902" w:rsidRPr="00FE0902" w:rsidRDefault="00FE0902" w:rsidP="00FE0902">
      <w:pPr>
        <w:rPr>
          <w:rFonts w:ascii="Palatino Linotype" w:hAnsi="Palatino Linotype"/>
          <w:b/>
          <w:bCs/>
          <w:sz w:val="28"/>
          <w:lang w:val="sv-SE"/>
        </w:rPr>
      </w:pPr>
      <w:r w:rsidRPr="006D23E5">
        <w:rPr>
          <w:rFonts w:ascii="Palatino Linotype" w:hAnsi="Palatino Linotype"/>
          <w:sz w:val="28"/>
          <w:lang w:val="sv-SE"/>
        </w:rPr>
        <w:br/>
      </w:r>
      <w:r w:rsidRPr="00FE0902">
        <w:rPr>
          <w:rFonts w:ascii="Palatino Linotype" w:hAnsi="Palatino Linotype"/>
          <w:b/>
          <w:bCs/>
          <w:sz w:val="28"/>
          <w:lang w:val="sv-SE"/>
        </w:rPr>
        <w:t>6. Typ av finansiering</w:t>
      </w:r>
    </w:p>
    <w:p w14:paraId="47CE0B32" w14:textId="77777777" w:rsidR="00FE0902" w:rsidRPr="00800229" w:rsidRDefault="00FE0902" w:rsidP="00FE0902">
      <w:pPr>
        <w:rPr>
          <w:rFonts w:ascii="Palatino Linotype" w:hAnsi="Palatino Linotype"/>
          <w:sz w:val="22"/>
          <w:lang w:val="sv-SE"/>
        </w:rPr>
      </w:pPr>
      <w:r w:rsidRPr="00800229">
        <w:rPr>
          <w:rFonts w:ascii="Segoe UI Symbol" w:hAnsi="Segoe UI Symbol" w:cs="Segoe UI Symbol"/>
          <w:sz w:val="22"/>
          <w:lang w:val="sv-SE"/>
        </w:rPr>
        <w:t>☐</w:t>
      </w:r>
      <w:r w:rsidRPr="00800229">
        <w:rPr>
          <w:rFonts w:ascii="Palatino Linotype" w:hAnsi="Palatino Linotype"/>
          <w:sz w:val="22"/>
          <w:lang w:val="sv-SE"/>
        </w:rPr>
        <w:t xml:space="preserve"> Medfinansiering     </w:t>
      </w:r>
      <w:r w:rsidRPr="00800229">
        <w:rPr>
          <w:rFonts w:ascii="Segoe UI Symbol" w:hAnsi="Segoe UI Symbol" w:cs="Segoe UI Symbol"/>
          <w:sz w:val="22"/>
          <w:lang w:val="sv-SE"/>
        </w:rPr>
        <w:t>☐</w:t>
      </w:r>
      <w:r w:rsidRPr="00800229">
        <w:rPr>
          <w:rFonts w:ascii="Palatino Linotype" w:hAnsi="Palatino Linotype"/>
          <w:sz w:val="22"/>
          <w:lang w:val="sv-SE"/>
        </w:rPr>
        <w:t xml:space="preserve"> F</w:t>
      </w:r>
      <w:r w:rsidRPr="00800229">
        <w:rPr>
          <w:rFonts w:ascii="Palatino Linotype" w:hAnsi="Palatino Linotype" w:cs="Palatino Linotype"/>
          <w:sz w:val="22"/>
          <w:lang w:val="sv-SE"/>
        </w:rPr>
        <w:t>ö</w:t>
      </w:r>
      <w:r w:rsidRPr="00800229">
        <w:rPr>
          <w:rFonts w:ascii="Palatino Linotype" w:hAnsi="Palatino Linotype"/>
          <w:sz w:val="22"/>
          <w:lang w:val="sv-SE"/>
        </w:rPr>
        <w:t xml:space="preserve">rstudie     </w:t>
      </w:r>
      <w:r w:rsidRPr="00800229">
        <w:rPr>
          <w:rFonts w:ascii="Segoe UI Symbol" w:hAnsi="Segoe UI Symbol" w:cs="Segoe UI Symbol"/>
          <w:sz w:val="22"/>
          <w:lang w:val="sv-SE"/>
        </w:rPr>
        <w:t>☐</w:t>
      </w:r>
      <w:r w:rsidRPr="00800229">
        <w:rPr>
          <w:rFonts w:ascii="Palatino Linotype" w:hAnsi="Palatino Linotype"/>
          <w:sz w:val="22"/>
          <w:lang w:val="sv-SE"/>
        </w:rPr>
        <w:t xml:space="preserve"> Projektmedel</w:t>
      </w:r>
    </w:p>
    <w:p w14:paraId="469066E3" w14:textId="77777777" w:rsidR="00FE0902" w:rsidRDefault="00FE0902" w:rsidP="00FE0902">
      <w:pPr>
        <w:rPr>
          <w:rFonts w:ascii="Palatino Linotype" w:hAnsi="Palatino Linotype"/>
          <w:i/>
          <w:color w:val="5A5A5A"/>
          <w:sz w:val="22"/>
          <w:lang w:val="sv-SE"/>
        </w:rPr>
      </w:pPr>
      <w:r w:rsidRPr="00800229">
        <w:rPr>
          <w:rFonts w:ascii="Palatino Linotype" w:hAnsi="Palatino Linotype"/>
          <w:i/>
          <w:color w:val="5A5A5A"/>
          <w:sz w:val="22"/>
          <w:lang w:val="sv-SE"/>
        </w:rPr>
        <w:t>Vid medfinansiering: ange planerad extern finansiär samt relevant utlysning eller program.</w:t>
      </w:r>
    </w:p>
    <w:p w14:paraId="2A9F80EA" w14:textId="1ED8651A" w:rsidR="00FE0902" w:rsidRPr="00B5267C" w:rsidRDefault="00FE0902" w:rsidP="00FE0902">
      <w:pPr>
        <w:rPr>
          <w:rFonts w:ascii="Palatino Linotype" w:hAnsi="Palatino Linotype"/>
          <w:i/>
          <w:color w:val="5A5A5A"/>
          <w:sz w:val="22"/>
          <w:lang w:val="sv-SE"/>
        </w:rPr>
      </w:pPr>
      <w:r>
        <w:rPr>
          <w:rFonts w:ascii="Palatino Linotype" w:hAnsi="Palatino Linotype"/>
          <w:i/>
          <w:color w:val="5A5A5A"/>
          <w:sz w:val="22"/>
          <w:lang w:val="sv-SE"/>
        </w:rPr>
        <w:t xml:space="preserve">Vid förstudie: </w:t>
      </w:r>
      <w:r w:rsidRPr="00FE0902">
        <w:rPr>
          <w:rFonts w:ascii="Palatino Linotype" w:hAnsi="Palatino Linotype"/>
          <w:i/>
          <w:color w:val="5A5A5A"/>
          <w:sz w:val="22"/>
          <w:lang w:val="sv-SE"/>
        </w:rPr>
        <w:t>Beskriv hur projektet kan utvecklas till ett större samverkansprojekt eller ligga till grund för framtida ansökningar om extern finansiering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 xml:space="preserve">. </w:t>
      </w:r>
      <w:r w:rsidR="00C41129" w:rsidRPr="00C41129">
        <w:rPr>
          <w:rFonts w:ascii="Palatino Linotype" w:hAnsi="Palatino Linotype"/>
          <w:i/>
          <w:color w:val="5A5A5A"/>
          <w:sz w:val="22"/>
          <w:lang w:val="sv-SE"/>
        </w:rPr>
        <w:t>(Maximalt 1500 tecken ≈ 1/3 A4-sida).</w:t>
      </w:r>
    </w:p>
    <w:tbl>
      <w:tblPr>
        <w:tblStyle w:val="Tabellrutn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0"/>
      </w:tblGrid>
      <w:tr w:rsidR="00FE0902" w:rsidRPr="00800229" w14:paraId="77FD219A" w14:textId="77777777" w:rsidTr="00E55181">
        <w:trPr>
          <w:jc w:val="center"/>
        </w:trPr>
        <w:tc>
          <w:tcPr>
            <w:tcW w:w="10540" w:type="dxa"/>
            <w:shd w:val="clear" w:color="auto" w:fill="F3F6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E734A7C" w14:textId="75474E60" w:rsidR="00FE0902" w:rsidRPr="00800229" w:rsidRDefault="00000000" w:rsidP="00E55181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EXTERN_FINANSIER"/>
                <w:tag w:val="EXTERN_FINANSIER"/>
                <w:id w:val="1273525"/>
                <w:text/>
              </w:sdtPr>
              <w:sdtContent>
                <w:r w:rsidR="00FE0902" w:rsidRPr="00800229">
                  <w:rPr>
                    <w:rFonts w:ascii="Palatino Linotype" w:hAnsi="Palatino Linotype"/>
                    <w:sz w:val="22"/>
                  </w:rPr>
                  <w:t>{{</w:t>
                </w:r>
                <w:proofErr w:type="spellStart"/>
                <w:r w:rsidR="00FE0902">
                  <w:rPr>
                    <w:rFonts w:ascii="Palatino Linotype" w:hAnsi="Palatino Linotype"/>
                    <w:sz w:val="22"/>
                  </w:rPr>
                  <w:t>Typ</w:t>
                </w:r>
                <w:proofErr w:type="spellEnd"/>
                <w:r w:rsidR="00FE0902">
                  <w:rPr>
                    <w:rFonts w:ascii="Palatino Linotype" w:hAnsi="Palatino Linotype"/>
                    <w:sz w:val="22"/>
                  </w:rPr>
                  <w:t xml:space="preserve"> av </w:t>
                </w:r>
                <w:proofErr w:type="spellStart"/>
                <w:r w:rsidR="00FE0902">
                  <w:rPr>
                    <w:rFonts w:ascii="Palatino Linotype" w:hAnsi="Palatino Linotype"/>
                    <w:sz w:val="22"/>
                  </w:rPr>
                  <w:t>finansiering</w:t>
                </w:r>
                <w:proofErr w:type="spellEnd"/>
                <w:r w:rsidR="00FE0902" w:rsidRPr="00800229">
                  <w:rPr>
                    <w:rFonts w:ascii="Palatino Linotype" w:hAnsi="Palatino Linotype"/>
                    <w:sz w:val="22"/>
                  </w:rPr>
                  <w:t>}}</w:t>
                </w:r>
              </w:sdtContent>
            </w:sdt>
          </w:p>
        </w:tc>
      </w:tr>
    </w:tbl>
    <w:p w14:paraId="02E4F73B" w14:textId="4ED7ECAD" w:rsidR="006D23E5" w:rsidRPr="006D23E5" w:rsidRDefault="00FE0902" w:rsidP="006D23E5">
      <w:pPr>
        <w:rPr>
          <w:b/>
          <w:lang w:val="sv-SE"/>
        </w:rPr>
      </w:pPr>
      <w:r w:rsidRPr="00E73121">
        <w:rPr>
          <w:rFonts w:ascii="Palatino Linotype" w:hAnsi="Palatino Linotype"/>
          <w:sz w:val="22"/>
          <w:lang w:val="sv-SE"/>
        </w:rPr>
        <w:br/>
      </w:r>
      <w:r>
        <w:rPr>
          <w:rFonts w:ascii="Palatino Linotype" w:hAnsi="Palatino Linotype"/>
          <w:b/>
          <w:bCs/>
          <w:sz w:val="28"/>
          <w:lang w:val="sv-SE"/>
        </w:rPr>
        <w:t>7</w:t>
      </w:r>
      <w:r w:rsidRPr="00FE0902">
        <w:rPr>
          <w:rFonts w:ascii="Palatino Linotype" w:hAnsi="Palatino Linotype"/>
          <w:b/>
          <w:bCs/>
          <w:sz w:val="28"/>
          <w:lang w:val="sv-SE"/>
        </w:rPr>
        <w:t xml:space="preserve">. </w:t>
      </w:r>
      <w:r w:rsidR="005F5A21">
        <w:rPr>
          <w:rFonts w:ascii="Palatino Linotype" w:hAnsi="Palatino Linotype"/>
          <w:b/>
          <w:bCs/>
          <w:sz w:val="28"/>
          <w:lang w:val="sv-SE"/>
        </w:rPr>
        <w:t>G</w:t>
      </w:r>
      <w:r w:rsidR="009D5DF7">
        <w:rPr>
          <w:rFonts w:ascii="Palatino Linotype" w:hAnsi="Palatino Linotype"/>
          <w:b/>
          <w:bCs/>
          <w:sz w:val="28"/>
          <w:lang w:val="sv-SE"/>
        </w:rPr>
        <w:t>odkännande av projektskiss</w:t>
      </w:r>
    </w:p>
    <w:p w14:paraId="24ED338E" w14:textId="634ABF72" w:rsidR="006D23E5" w:rsidRPr="009D5DF7" w:rsidRDefault="006D23E5" w:rsidP="006D23E5">
      <w:pPr>
        <w:rPr>
          <w:rFonts w:ascii="Palatino Linotype" w:hAnsi="Palatino Linotype"/>
          <w:iCs/>
          <w:sz w:val="22"/>
          <w:lang w:val="sv-SE"/>
        </w:rPr>
      </w:pPr>
      <w:r w:rsidRPr="009D5DF7">
        <w:rPr>
          <w:rFonts w:ascii="Palatino Linotype" w:hAnsi="Palatino Linotype"/>
          <w:iCs/>
          <w:sz w:val="22"/>
          <w:lang w:val="sv-SE"/>
        </w:rPr>
        <w:t>Projektskissen ska vara förankrad hos ansvariga parter före bedömning.</w:t>
      </w:r>
      <w:r w:rsidR="009D5DF7" w:rsidRPr="009D5DF7">
        <w:rPr>
          <w:rFonts w:ascii="Palatino Linotype" w:hAnsi="Palatino Linotype"/>
          <w:iCs/>
          <w:sz w:val="22"/>
          <w:lang w:val="sv-SE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2430"/>
        <w:gridCol w:w="2265"/>
        <w:gridCol w:w="1696"/>
      </w:tblGrid>
      <w:tr w:rsidR="009D5DF7" w:rsidRPr="009D5DF7" w14:paraId="344997E9" w14:textId="77777777" w:rsidTr="009D5DF7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116E5231" w14:textId="77777777" w:rsidR="009D5DF7" w:rsidRPr="009D5DF7" w:rsidRDefault="009D5DF7" w:rsidP="009D5DF7">
            <w:pPr>
              <w:rPr>
                <w:rFonts w:ascii="Palatino Linotype" w:hAnsi="Palatino Linotype"/>
                <w:b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b/>
                <w:bCs/>
                <w:sz w:val="22"/>
              </w:rPr>
              <w:t>Part</w:t>
            </w:r>
            <w:r w:rsidRPr="009D5DF7">
              <w:rPr>
                <w:rFonts w:ascii="Palatino Linotype" w:hAnsi="Palatino Linotype"/>
                <w:b/>
                <w:sz w:val="22"/>
                <w:lang w:val="sv-S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5053D5CD" w14:textId="77777777" w:rsidR="009D5DF7" w:rsidRPr="009D5DF7" w:rsidRDefault="009D5DF7" w:rsidP="009D5DF7">
            <w:pPr>
              <w:rPr>
                <w:rFonts w:ascii="Palatino Linotype" w:hAnsi="Palatino Linotype"/>
                <w:b/>
                <w:sz w:val="22"/>
                <w:lang w:val="sv-SE"/>
              </w:rPr>
            </w:pPr>
            <w:proofErr w:type="spellStart"/>
            <w:r w:rsidRPr="009D5DF7">
              <w:rPr>
                <w:rFonts w:ascii="Palatino Linotype" w:hAnsi="Palatino Linotype"/>
                <w:b/>
                <w:bCs/>
                <w:sz w:val="22"/>
              </w:rPr>
              <w:t>Namn</w:t>
            </w:r>
            <w:proofErr w:type="spellEnd"/>
            <w:r w:rsidRPr="009D5DF7">
              <w:rPr>
                <w:rFonts w:ascii="Palatino Linotype" w:hAnsi="Palatino Linotype"/>
                <w:b/>
                <w:sz w:val="22"/>
                <w:lang w:val="sv-S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3B3E03ED" w14:textId="77777777" w:rsidR="009D5DF7" w:rsidRPr="009D5DF7" w:rsidRDefault="009D5DF7" w:rsidP="009D5DF7">
            <w:pPr>
              <w:rPr>
                <w:rFonts w:ascii="Palatino Linotype" w:hAnsi="Palatino Linotype"/>
                <w:b/>
                <w:sz w:val="22"/>
                <w:lang w:val="sv-SE"/>
              </w:rPr>
            </w:pPr>
            <w:proofErr w:type="spellStart"/>
            <w:r w:rsidRPr="009D5DF7">
              <w:rPr>
                <w:rFonts w:ascii="Palatino Linotype" w:hAnsi="Palatino Linotype"/>
                <w:b/>
                <w:bCs/>
                <w:sz w:val="22"/>
              </w:rPr>
              <w:t>Funktion</w:t>
            </w:r>
            <w:proofErr w:type="spellEnd"/>
            <w:r w:rsidRPr="009D5DF7">
              <w:rPr>
                <w:rFonts w:ascii="Palatino Linotype" w:hAnsi="Palatino Linotype"/>
                <w:b/>
                <w:sz w:val="22"/>
                <w:lang w:val="sv-S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55298113" w14:textId="77777777" w:rsidR="009D5DF7" w:rsidRPr="009D5DF7" w:rsidRDefault="009D5DF7" w:rsidP="009D5DF7">
            <w:pPr>
              <w:rPr>
                <w:rFonts w:ascii="Palatino Linotype" w:hAnsi="Palatino Linotype"/>
                <w:b/>
                <w:sz w:val="22"/>
                <w:lang w:val="sv-SE"/>
              </w:rPr>
            </w:pPr>
            <w:proofErr w:type="spellStart"/>
            <w:r w:rsidRPr="009D5DF7">
              <w:rPr>
                <w:rFonts w:ascii="Palatino Linotype" w:hAnsi="Palatino Linotype"/>
                <w:b/>
                <w:bCs/>
                <w:sz w:val="22"/>
              </w:rPr>
              <w:t>Organisation</w:t>
            </w:r>
            <w:proofErr w:type="spellEnd"/>
            <w:r w:rsidRPr="009D5DF7">
              <w:rPr>
                <w:rFonts w:ascii="Palatino Linotype" w:hAnsi="Palatino Linotype"/>
                <w:b/>
                <w:sz w:val="22"/>
                <w:lang w:val="sv-SE"/>
              </w:rPr>
              <w:t> </w:t>
            </w:r>
          </w:p>
        </w:tc>
      </w:tr>
      <w:tr w:rsidR="009D5DF7" w:rsidRPr="009D5DF7" w14:paraId="0FB40CB5" w14:textId="77777777" w:rsidTr="009D5DF7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58F9A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Mittuniversitetet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2C523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[</w:t>
            </w:r>
            <w:proofErr w:type="spellStart"/>
            <w:r w:rsidRPr="009D5DF7">
              <w:rPr>
                <w:rFonts w:ascii="Palatino Linotype" w:hAnsi="Palatino Linotype"/>
                <w:sz w:val="22"/>
              </w:rPr>
              <w:t>ange</w:t>
            </w:r>
            <w:proofErr w:type="spellEnd"/>
            <w:r w:rsidRPr="009D5DF7">
              <w:rPr>
                <w:rFonts w:ascii="Palatino Linotype" w:hAnsi="Palatino Linotype"/>
                <w:sz w:val="22"/>
              </w:rPr>
              <w:t>]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1A06A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[</w:t>
            </w:r>
            <w:proofErr w:type="spellStart"/>
            <w:r w:rsidRPr="009D5DF7">
              <w:rPr>
                <w:rFonts w:ascii="Palatino Linotype" w:hAnsi="Palatino Linotype"/>
                <w:sz w:val="22"/>
              </w:rPr>
              <w:t>ange</w:t>
            </w:r>
            <w:proofErr w:type="spellEnd"/>
            <w:r w:rsidRPr="009D5DF7">
              <w:rPr>
                <w:rFonts w:ascii="Palatino Linotype" w:hAnsi="Palatino Linotype"/>
                <w:sz w:val="22"/>
              </w:rPr>
              <w:t>]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3CE09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Mittuniversitetet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</w:tr>
      <w:tr w:rsidR="009D5DF7" w:rsidRPr="009D5DF7" w14:paraId="7DED7F6F" w14:textId="77777777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5842A4" w14:textId="1C689958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proofErr w:type="spellStart"/>
            <w:r w:rsidRPr="009D5DF7">
              <w:rPr>
                <w:rFonts w:ascii="Palatino Linotype" w:hAnsi="Palatino Linotype"/>
                <w:sz w:val="22"/>
              </w:rPr>
              <w:t>Kommun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13A9D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[</w:t>
            </w:r>
            <w:proofErr w:type="spellStart"/>
            <w:r w:rsidRPr="009D5DF7">
              <w:rPr>
                <w:rFonts w:ascii="Palatino Linotype" w:hAnsi="Palatino Linotype"/>
                <w:sz w:val="22"/>
              </w:rPr>
              <w:t>ange</w:t>
            </w:r>
            <w:proofErr w:type="spellEnd"/>
            <w:r w:rsidRPr="009D5DF7">
              <w:rPr>
                <w:rFonts w:ascii="Palatino Linotype" w:hAnsi="Palatino Linotype"/>
                <w:sz w:val="22"/>
              </w:rPr>
              <w:t>]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3252E1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[</w:t>
            </w:r>
            <w:proofErr w:type="spellStart"/>
            <w:r w:rsidRPr="009D5DF7">
              <w:rPr>
                <w:rFonts w:ascii="Palatino Linotype" w:hAnsi="Palatino Linotype"/>
                <w:sz w:val="22"/>
              </w:rPr>
              <w:t>ange</w:t>
            </w:r>
            <w:proofErr w:type="spellEnd"/>
            <w:r w:rsidRPr="009D5DF7">
              <w:rPr>
                <w:rFonts w:ascii="Palatino Linotype" w:hAnsi="Palatino Linotype"/>
                <w:sz w:val="22"/>
              </w:rPr>
              <w:t>]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A26444" w14:textId="77777777" w:rsidR="009D5DF7" w:rsidRPr="009D5DF7" w:rsidRDefault="009D5DF7" w:rsidP="009D5DF7">
            <w:pPr>
              <w:rPr>
                <w:rFonts w:ascii="Palatino Linotype" w:hAnsi="Palatino Linotype"/>
                <w:sz w:val="22"/>
                <w:lang w:val="sv-SE"/>
              </w:rPr>
            </w:pPr>
            <w:r w:rsidRPr="009D5DF7">
              <w:rPr>
                <w:rFonts w:ascii="Palatino Linotype" w:hAnsi="Palatino Linotype"/>
                <w:sz w:val="22"/>
              </w:rPr>
              <w:t>[</w:t>
            </w:r>
            <w:proofErr w:type="spellStart"/>
            <w:r w:rsidRPr="009D5DF7">
              <w:rPr>
                <w:rFonts w:ascii="Palatino Linotype" w:hAnsi="Palatino Linotype"/>
                <w:sz w:val="22"/>
              </w:rPr>
              <w:t>ange</w:t>
            </w:r>
            <w:proofErr w:type="spellEnd"/>
            <w:r w:rsidRPr="009D5DF7">
              <w:rPr>
                <w:rFonts w:ascii="Palatino Linotype" w:hAnsi="Palatino Linotype"/>
                <w:sz w:val="22"/>
              </w:rPr>
              <w:t> </w:t>
            </w:r>
            <w:proofErr w:type="spellStart"/>
            <w:r w:rsidRPr="009D5DF7">
              <w:rPr>
                <w:rFonts w:ascii="Palatino Linotype" w:hAnsi="Palatino Linotype"/>
                <w:sz w:val="22"/>
              </w:rPr>
              <w:t>kommun</w:t>
            </w:r>
            <w:proofErr w:type="spellEnd"/>
            <w:r w:rsidRPr="009D5DF7">
              <w:rPr>
                <w:rFonts w:ascii="Palatino Linotype" w:hAnsi="Palatino Linotype"/>
                <w:sz w:val="22"/>
              </w:rPr>
              <w:t>]</w:t>
            </w:r>
            <w:r w:rsidRPr="009D5DF7">
              <w:rPr>
                <w:rFonts w:ascii="Palatino Linotype" w:hAnsi="Palatino Linotype"/>
                <w:sz w:val="22"/>
                <w:lang w:val="sv-SE"/>
              </w:rPr>
              <w:t> </w:t>
            </w:r>
          </w:p>
        </w:tc>
      </w:tr>
    </w:tbl>
    <w:p w14:paraId="2A775D26" w14:textId="77777777" w:rsidR="006D23E5" w:rsidRPr="009D5DF7" w:rsidRDefault="006D23E5" w:rsidP="006D23E5">
      <w:pPr>
        <w:rPr>
          <w:rFonts w:ascii="Palatino Linotype" w:hAnsi="Palatino Linotype"/>
          <w:b/>
          <w:sz w:val="22"/>
          <w:lang w:val="sv-SE"/>
        </w:rPr>
      </w:pPr>
    </w:p>
    <w:p w14:paraId="7F560882" w14:textId="67E2F7BF" w:rsidR="009D5DF7" w:rsidRPr="009D5DF7" w:rsidRDefault="009D5DF7" w:rsidP="006D23E5">
      <w:pPr>
        <w:rPr>
          <w:rFonts w:ascii="Palatino Linotype" w:hAnsi="Palatino Linotype"/>
          <w:bCs/>
          <w:sz w:val="22"/>
          <w:lang w:val="sv-SE"/>
        </w:rPr>
      </w:pPr>
      <w:r w:rsidRPr="009D5DF7">
        <w:rPr>
          <w:rFonts w:ascii="Palatino Linotype" w:hAnsi="Palatino Linotype"/>
          <w:bCs/>
          <w:sz w:val="22"/>
          <w:lang w:val="sv-SE"/>
        </w:rPr>
        <w:t>Dokumentet signeras elektroniskt av ovanstående personer. Signatur och tidsstämpel framgår av signeringscertifikatet.</w:t>
      </w:r>
    </w:p>
    <w:p w14:paraId="2F492C52" w14:textId="2FEB0323" w:rsidR="009D5DF7" w:rsidRPr="009D5DF7" w:rsidRDefault="009D5DF7" w:rsidP="009D5DF7">
      <w:pPr>
        <w:spacing w:after="220" w:line="288" w:lineRule="auto"/>
        <w:rPr>
          <w:rFonts w:ascii="Palatino Linotype" w:hAnsi="Palatino Linotype"/>
          <w:b/>
          <w:bCs/>
          <w:sz w:val="28"/>
          <w:lang w:val="sv-SE"/>
        </w:rPr>
      </w:pPr>
      <w:r w:rsidRPr="006D23E5">
        <w:rPr>
          <w:rFonts w:ascii="Palatino Linotype" w:hAnsi="Palatino Linotype"/>
          <w:sz w:val="28"/>
          <w:lang w:val="sv-SE"/>
        </w:rPr>
        <w:br/>
      </w:r>
      <w:r w:rsidR="00C41129" w:rsidRPr="00C41129">
        <w:rPr>
          <w:rFonts w:ascii="Palatino Linotype" w:hAnsi="Palatino Linotype"/>
          <w:b/>
          <w:bCs/>
          <w:sz w:val="28"/>
          <w:lang w:val="sv-SE"/>
        </w:rPr>
        <w:t>8</w:t>
      </w:r>
      <w:r w:rsidR="00B5267C" w:rsidRPr="00C41129">
        <w:rPr>
          <w:rFonts w:ascii="Palatino Linotype" w:hAnsi="Palatino Linotype"/>
          <w:b/>
          <w:bCs/>
          <w:sz w:val="28"/>
          <w:lang w:val="sv-SE"/>
        </w:rPr>
        <w:t>. Referenser</w:t>
      </w:r>
      <w:r>
        <w:rPr>
          <w:rFonts w:ascii="Palatino Linotype" w:hAnsi="Palatino Linotype"/>
          <w:b/>
          <w:bCs/>
          <w:sz w:val="28"/>
          <w:lang w:val="sv-SE"/>
        </w:rPr>
        <w:br/>
      </w:r>
      <w:r w:rsidR="00B5267C">
        <w:rPr>
          <w:rFonts w:ascii="Palatino Linotype" w:hAnsi="Palatino Linotype"/>
          <w:i/>
          <w:color w:val="5A5A5A"/>
          <w:sz w:val="22"/>
          <w:lang w:val="sv-SE"/>
        </w:rPr>
        <w:t xml:space="preserve">Referenslista - </w:t>
      </w:r>
      <w:r w:rsidR="00B5267C" w:rsidRPr="00B5267C">
        <w:rPr>
          <w:rFonts w:ascii="Palatino Linotype" w:hAnsi="Palatino Linotype"/>
          <w:i/>
          <w:color w:val="5A5A5A"/>
          <w:sz w:val="22"/>
          <w:lang w:val="sv-SE"/>
        </w:rPr>
        <w:t>Referenser som hänvisas till i projektskissen anges här.</w:t>
      </w:r>
      <w:r w:rsidR="00B5267C">
        <w:rPr>
          <w:rFonts w:ascii="Palatino Linotype" w:hAnsi="Palatino Linotype"/>
          <w:i/>
          <w:color w:val="5A5A5A"/>
          <w:sz w:val="22"/>
          <w:lang w:val="sv-SE"/>
        </w:rPr>
        <w:t xml:space="preserve"> </w:t>
      </w:r>
      <w:r w:rsidR="00B5267C" w:rsidRPr="00B5267C">
        <w:rPr>
          <w:rFonts w:ascii="Palatino Linotype" w:hAnsi="Palatino Linotype"/>
          <w:i/>
          <w:color w:val="5A5A5A"/>
          <w:sz w:val="22"/>
          <w:lang w:val="sv-SE"/>
        </w:rPr>
        <w:t xml:space="preserve">(Max 5 000 tecken </w:t>
      </w:r>
      <w:r w:rsidR="00C41129" w:rsidRPr="00C41129">
        <w:rPr>
          <w:rFonts w:ascii="Palatino Linotype" w:hAnsi="Palatino Linotype"/>
          <w:i/>
          <w:color w:val="5A5A5A"/>
          <w:sz w:val="22"/>
          <w:lang w:val="sv-SE"/>
        </w:rPr>
        <w:t>≈ 1,25 A4-sidor</w:t>
      </w:r>
      <w:r w:rsidR="00B5267C" w:rsidRPr="00B5267C">
        <w:rPr>
          <w:rFonts w:ascii="Palatino Linotype" w:hAnsi="Palatino Linotype"/>
          <w:i/>
          <w:color w:val="5A5A5A"/>
          <w:sz w:val="22"/>
          <w:lang w:val="sv-SE"/>
        </w:rPr>
        <w:t>)</w:t>
      </w:r>
      <w:r w:rsidR="00C41129">
        <w:rPr>
          <w:rFonts w:ascii="Palatino Linotype" w:hAnsi="Palatino Linotype"/>
          <w:i/>
          <w:color w:val="5A5A5A"/>
          <w:sz w:val="22"/>
          <w:lang w:val="sv-SE"/>
        </w:rPr>
        <w:t>.</w:t>
      </w:r>
    </w:p>
    <w:tbl>
      <w:tblPr>
        <w:tblStyle w:val="Tabellrutn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0"/>
      </w:tblGrid>
      <w:tr w:rsidR="009D5DF7" w:rsidRPr="00800229" w14:paraId="26A20998" w14:textId="77777777" w:rsidTr="00E55181">
        <w:trPr>
          <w:jc w:val="center"/>
        </w:trPr>
        <w:tc>
          <w:tcPr>
            <w:tcW w:w="10540" w:type="dxa"/>
            <w:shd w:val="clear" w:color="auto" w:fill="F3F6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53613CB" w14:textId="595271C8" w:rsidR="009D5DF7" w:rsidRPr="00800229" w:rsidRDefault="00000000" w:rsidP="00E55181">
            <w:pPr>
              <w:spacing w:after="20"/>
              <w:rPr>
                <w:rFonts w:ascii="Palatino Linotype" w:hAnsi="Palatino Linotype"/>
                <w:sz w:val="22"/>
              </w:rPr>
            </w:pPr>
            <w:sdt>
              <w:sdtPr>
                <w:rPr>
                  <w:rFonts w:ascii="Palatino Linotype" w:hAnsi="Palatino Linotype"/>
                  <w:sz w:val="22"/>
                </w:rPr>
                <w:alias w:val="EXTERN_FINANSIER"/>
                <w:tag w:val="EXTERN_FINANSIER"/>
                <w:id w:val="1917117361"/>
                <w:text/>
              </w:sdtPr>
              <w:sdtContent>
                <w:r w:rsidR="009D5DF7" w:rsidRPr="00800229">
                  <w:rPr>
                    <w:rFonts w:ascii="Palatino Linotype" w:hAnsi="Palatino Linotype"/>
                    <w:sz w:val="22"/>
                  </w:rPr>
                  <w:t>{{</w:t>
                </w:r>
                <w:proofErr w:type="spellStart"/>
                <w:r w:rsidR="009D5DF7">
                  <w:rPr>
                    <w:rFonts w:ascii="Palatino Linotype" w:hAnsi="Palatino Linotype"/>
                    <w:sz w:val="22"/>
                  </w:rPr>
                  <w:t>Referenser</w:t>
                </w:r>
                <w:proofErr w:type="spellEnd"/>
                <w:r w:rsidR="009D5DF7" w:rsidRPr="00800229">
                  <w:rPr>
                    <w:rFonts w:ascii="Palatino Linotype" w:hAnsi="Palatino Linotype"/>
                    <w:sz w:val="22"/>
                  </w:rPr>
                  <w:t>}}</w:t>
                </w:r>
              </w:sdtContent>
            </w:sdt>
          </w:p>
        </w:tc>
      </w:tr>
    </w:tbl>
    <w:p w14:paraId="72D2114A" w14:textId="77777777" w:rsidR="006D23E5" w:rsidRPr="006D23E5" w:rsidRDefault="006D23E5" w:rsidP="006D23E5">
      <w:pPr>
        <w:rPr>
          <w:lang w:val="sv-SE"/>
        </w:rPr>
      </w:pPr>
    </w:p>
    <w:sectPr w:rsidR="006D23E5" w:rsidRPr="006D23E5" w:rsidSect="00034616">
      <w:headerReference w:type="even" r:id="rId12"/>
      <w:headerReference w:type="default" r:id="rId13"/>
      <w:headerReference w:type="first" r:id="rId14"/>
      <w:pgSz w:w="12240" w:h="15840"/>
      <w:pgMar w:top="709" w:right="850" w:bottom="709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B0B3" w14:textId="77777777" w:rsidR="00851812" w:rsidRDefault="00851812">
      <w:pPr>
        <w:spacing w:after="0"/>
      </w:pPr>
      <w:r>
        <w:separator/>
      </w:r>
    </w:p>
  </w:endnote>
  <w:endnote w:type="continuationSeparator" w:id="0">
    <w:p w14:paraId="29C9C14A" w14:textId="77777777" w:rsidR="00851812" w:rsidRDefault="008518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FF4A5" w14:textId="77777777" w:rsidR="00851812" w:rsidRDefault="00851812">
      <w:pPr>
        <w:spacing w:after="0"/>
      </w:pPr>
      <w:r>
        <w:separator/>
      </w:r>
    </w:p>
  </w:footnote>
  <w:footnote w:type="continuationSeparator" w:id="0">
    <w:p w14:paraId="487D8503" w14:textId="77777777" w:rsidR="00851812" w:rsidRDefault="008518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8147" w14:textId="66ECC75D" w:rsidR="00627178" w:rsidRDefault="0062717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4A91DFE" wp14:editId="77B8386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25550" cy="342900"/>
              <wp:effectExtent l="0" t="0" r="12700" b="0"/>
              <wp:wrapNone/>
              <wp:docPr id="2080885313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ACC12" w14:textId="3633AE73" w:rsidR="00627178" w:rsidRPr="00627178" w:rsidRDefault="00627178" w:rsidP="00627178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178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91D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0;margin-top:0;width:96.5pt;height:27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" filled="f" stroked="f">
              <v:textbox style="mso-fit-shape-to-text:t" inset="20pt,15pt,0,0">
                <w:txbxContent>
                  <w:p w14:paraId="41BACC12" w14:textId="3633AE73" w:rsidR="00627178" w:rsidRPr="00627178" w:rsidRDefault="00627178" w:rsidP="00627178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178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A985" w14:textId="1F20BF97" w:rsidR="00E40D34" w:rsidRDefault="00E40D34" w:rsidP="00780DDE">
    <w:pPr>
      <w:pStyle w:val="Sidhuvud"/>
    </w:pPr>
  </w:p>
  <w:p w14:paraId="6A0ABE6D" w14:textId="77777777" w:rsidR="00780DDE" w:rsidRDefault="00780DDE" w:rsidP="00780DDE">
    <w:pPr>
      <w:pStyle w:val="Sidhuvud"/>
    </w:pPr>
  </w:p>
  <w:p w14:paraId="3F0D3CD7" w14:textId="77777777" w:rsidR="00780DDE" w:rsidRDefault="00780DDE" w:rsidP="00780DDE">
    <w:pPr>
      <w:pStyle w:val="Sidhuvud"/>
    </w:pPr>
  </w:p>
  <w:p w14:paraId="33AFB6A4" w14:textId="77777777" w:rsidR="00780DDE" w:rsidRDefault="00780DDE" w:rsidP="00780DDE">
    <w:pPr>
      <w:pStyle w:val="Sidhuvud"/>
    </w:pPr>
  </w:p>
  <w:p w14:paraId="1E095B9D" w14:textId="77777777" w:rsidR="00780DDE" w:rsidRDefault="00780DDE" w:rsidP="00780DDE">
    <w:pPr>
      <w:pStyle w:val="Sidhuvud"/>
    </w:pPr>
  </w:p>
  <w:p w14:paraId="3E834930" w14:textId="77777777" w:rsidR="00780DDE" w:rsidRDefault="00780DDE" w:rsidP="00780DDE">
    <w:pPr>
      <w:pStyle w:val="Sidhuvud"/>
    </w:pPr>
  </w:p>
  <w:p w14:paraId="63540CF7" w14:textId="77777777" w:rsidR="00780DDE" w:rsidRDefault="00780DDE" w:rsidP="00780DDE">
    <w:pPr>
      <w:pStyle w:val="Sidhuvud"/>
    </w:pPr>
  </w:p>
  <w:p w14:paraId="6229593A" w14:textId="77777777" w:rsidR="00780DDE" w:rsidRPr="00780DDE" w:rsidRDefault="00780DDE" w:rsidP="00780D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2803" w14:textId="3593A435" w:rsidR="00627178" w:rsidRDefault="0062717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0F4BC2" wp14:editId="32F39A6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25550" cy="342900"/>
              <wp:effectExtent l="0" t="0" r="12700" b="0"/>
              <wp:wrapNone/>
              <wp:docPr id="147926968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02D4" w14:textId="190D6BF7" w:rsidR="00627178" w:rsidRPr="00627178" w:rsidRDefault="00627178" w:rsidP="00627178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178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F4BC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Begränsad delning" style="position:absolute;margin-left:0;margin-top:0;width:96.5pt;height:27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" filled="f" stroked="f">
              <v:textbox style="mso-fit-shape-to-text:t" inset="20pt,15pt,0,0">
                <w:txbxContent>
                  <w:p w14:paraId="72A402D4" w14:textId="190D6BF7" w:rsidR="00627178" w:rsidRPr="00627178" w:rsidRDefault="00627178" w:rsidP="00627178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178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C62C4"/>
    <w:multiLevelType w:val="multilevel"/>
    <w:tmpl w:val="9BB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898831">
    <w:abstractNumId w:val="8"/>
  </w:num>
  <w:num w:numId="2" w16cid:durableId="1185052561">
    <w:abstractNumId w:val="6"/>
  </w:num>
  <w:num w:numId="3" w16cid:durableId="554044494">
    <w:abstractNumId w:val="5"/>
  </w:num>
  <w:num w:numId="4" w16cid:durableId="1241523112">
    <w:abstractNumId w:val="4"/>
  </w:num>
  <w:num w:numId="5" w16cid:durableId="1288588239">
    <w:abstractNumId w:val="7"/>
  </w:num>
  <w:num w:numId="6" w16cid:durableId="1096904146">
    <w:abstractNumId w:val="3"/>
  </w:num>
  <w:num w:numId="7" w16cid:durableId="2130657349">
    <w:abstractNumId w:val="2"/>
  </w:num>
  <w:num w:numId="8" w16cid:durableId="1617062040">
    <w:abstractNumId w:val="1"/>
  </w:num>
  <w:num w:numId="9" w16cid:durableId="1216313199">
    <w:abstractNumId w:val="0"/>
  </w:num>
  <w:num w:numId="10" w16cid:durableId="16768845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AA2"/>
    <w:rsid w:val="00034616"/>
    <w:rsid w:val="0006063C"/>
    <w:rsid w:val="000B1679"/>
    <w:rsid w:val="000D5C2F"/>
    <w:rsid w:val="0015074B"/>
    <w:rsid w:val="00150B09"/>
    <w:rsid w:val="00155938"/>
    <w:rsid w:val="0029639D"/>
    <w:rsid w:val="002B631B"/>
    <w:rsid w:val="002D6EB7"/>
    <w:rsid w:val="00326F90"/>
    <w:rsid w:val="005276FD"/>
    <w:rsid w:val="00557C0B"/>
    <w:rsid w:val="005F5A21"/>
    <w:rsid w:val="00627178"/>
    <w:rsid w:val="006A0B31"/>
    <w:rsid w:val="006A225A"/>
    <w:rsid w:val="006A37F2"/>
    <w:rsid w:val="006A650E"/>
    <w:rsid w:val="006D23E5"/>
    <w:rsid w:val="006E19B8"/>
    <w:rsid w:val="00780DDE"/>
    <w:rsid w:val="0079416A"/>
    <w:rsid w:val="00800229"/>
    <w:rsid w:val="00851812"/>
    <w:rsid w:val="00892C7F"/>
    <w:rsid w:val="0095544E"/>
    <w:rsid w:val="009D5DF7"/>
    <w:rsid w:val="009D7813"/>
    <w:rsid w:val="00AA1D8D"/>
    <w:rsid w:val="00AC0512"/>
    <w:rsid w:val="00AE232B"/>
    <w:rsid w:val="00B05D7D"/>
    <w:rsid w:val="00B47730"/>
    <w:rsid w:val="00B5267C"/>
    <w:rsid w:val="00B8758B"/>
    <w:rsid w:val="00BC4A01"/>
    <w:rsid w:val="00C41129"/>
    <w:rsid w:val="00C52D39"/>
    <w:rsid w:val="00C57C61"/>
    <w:rsid w:val="00CB0664"/>
    <w:rsid w:val="00D13EFB"/>
    <w:rsid w:val="00D65197"/>
    <w:rsid w:val="00D90A11"/>
    <w:rsid w:val="00E40D34"/>
    <w:rsid w:val="00E73121"/>
    <w:rsid w:val="00EF3854"/>
    <w:rsid w:val="00FA1530"/>
    <w:rsid w:val="00FC693F"/>
    <w:rsid w:val="00FE0902"/>
    <w:rsid w:val="3954DEFD"/>
    <w:rsid w:val="7A43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91D4B6F6-1553-4706-A4D7-C1CC5BCD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ptos" w:hAnsi="Aptos"/>
      <w:sz w:val="18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17365D"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before="100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C52D3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52D3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D5D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9D5DF7"/>
  </w:style>
  <w:style w:type="character" w:customStyle="1" w:styleId="eop">
    <w:name w:val="eop"/>
    <w:basedOn w:val="Standardstycketeckensnitt"/>
    <w:rsid w:val="009D5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a.yderfalt@miun.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herese.eriksson@miun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Ifyllbar projektskiss för kommunsamverkan</vt:lpstr>
    </vt:vector>
  </TitlesOfParts>
  <Manager/>
  <Company/>
  <LinksUpToDate>false</LinksUpToDate>
  <CharactersWithSpaces>2659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Ifyllbar projektskiss för kommunsamverkan</dc:title>
  <dc:subject/>
  <dc:creator>Åsa Yderfält</dc:creator>
  <cp:keywords/>
  <dc:description>generated by python-docx</dc:description>
  <cp:lastModifiedBy>Mats Johansson</cp:lastModifiedBy>
  <cp:revision>2</cp:revision>
  <dcterms:created xsi:type="dcterms:W3CDTF">2026-09-01T05:09:00Z</dcterms:created>
  <dcterms:modified xsi:type="dcterms:W3CDTF">2026-09-01T05:09:00Z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8d12fb8,7c07ca41,2e16dc08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Begränsad delning</vt:lpwstr>
  </property>
  <property fmtid="{D5CDD505-2E9C-101B-9397-08002B2CF9AE}" pid="5" name="MSIP_Label_e7a9e035-fc31-4a12-9147-f5d37fc656b3_Enabled">
    <vt:lpwstr>true</vt:lpwstr>
  </property>
  <property fmtid="{D5CDD505-2E9C-101B-9397-08002B2CF9AE}" pid="6" name="MSIP_Label_e7a9e035-fc31-4a12-9147-f5d37fc656b3_SetDate">
    <vt:lpwstr>2026-08-27T09:51:50Z</vt:lpwstr>
  </property>
  <property fmtid="{D5CDD505-2E9C-101B-9397-08002B2CF9AE}" pid="7" name="MSIP_Label_e7a9e035-fc31-4a12-9147-f5d37fc656b3_Method">
    <vt:lpwstr>Standard</vt:lpwstr>
  </property>
  <property fmtid="{D5CDD505-2E9C-101B-9397-08002B2CF9AE}" pid="8" name="MSIP_Label_e7a9e035-fc31-4a12-9147-f5d37fc656b3_Name">
    <vt:lpwstr>Begränsad delning</vt:lpwstr>
  </property>
  <property fmtid="{D5CDD505-2E9C-101B-9397-08002B2CF9AE}" pid="9" name="MSIP_Label_e7a9e035-fc31-4a12-9147-f5d37fc656b3_SiteId">
    <vt:lpwstr>8234e57a-f0d7-4e7d-bac5-8f1a2c565e73</vt:lpwstr>
  </property>
  <property fmtid="{D5CDD505-2E9C-101B-9397-08002B2CF9AE}" pid="10" name="MSIP_Label_e7a9e035-fc31-4a12-9147-f5d37fc656b3_ActionId">
    <vt:lpwstr>feb34187-7bc4-4f6e-838e-c030668c660f</vt:lpwstr>
  </property>
  <property fmtid="{D5CDD505-2E9C-101B-9397-08002B2CF9AE}" pid="11" name="MSIP_Label_e7a9e035-fc31-4a12-9147-f5d37fc656b3_ContentBits">
    <vt:lpwstr>1</vt:lpwstr>
  </property>
  <property fmtid="{D5CDD505-2E9C-101B-9397-08002B2CF9AE}" pid="12" name="MSIP_Label_e7a9e035-fc31-4a12-9147-f5d37fc656b3_Tag">
    <vt:lpwstr>10, 3, 0, 2</vt:lpwstr>
  </property>
</Properties>
</file>